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0015" w14:textId="77777777" w:rsidR="00681BE8" w:rsidRDefault="00000000">
      <w:pPr>
        <w:pStyle w:val="Tytu"/>
        <w:jc w:val="center"/>
      </w:pPr>
      <w:r>
        <w:t>LIST INTENCYJNY PARTNERA</w:t>
      </w:r>
      <w:r>
        <w:br/>
        <w:t>DO PROJEKTU / WNIOSKU O DOFINANSOWANIE</w:t>
      </w:r>
    </w:p>
    <w:p w14:paraId="5DB8F0C8" w14:textId="77777777" w:rsidR="00681BE8" w:rsidRDefault="00000000">
      <w:pPr>
        <w:jc w:val="center"/>
      </w:pPr>
      <w:r>
        <w:rPr>
          <w:b/>
        </w:rPr>
        <w:t>uniwersalny wzór dla NGO i ich partnerów</w:t>
      </w:r>
    </w:p>
    <w:p w14:paraId="1AFA099E" w14:textId="77777777" w:rsidR="00681BE8" w:rsidRDefault="00000000">
      <w:pPr>
        <w:pStyle w:val="Instrukcja"/>
      </w:pPr>
      <w:r>
        <w:t>INSTRUKCJA: wzór służy do potwierdzenia zamiaru współpracy przy przygotowaniu i – w przypadku uzyskania finansowania – realizacji projektu. Nie zastępuje obowiązkowego wzoru listu intencyjnego, deklaracji partnerskiej ani umowy partnerskiej, jeżeli konkretny nabór narzuca własny formularz lub minimalny zakres danych. Przed podpisaniem zawsze sprawdź regulamin i załączniki naboru. Pola żółte należy uzupełnić, a szare instrukcje usunąć.</w:t>
      </w:r>
    </w:p>
    <w:p w14:paraId="054FA787" w14:textId="77777777" w:rsidR="00681BE8" w:rsidRDefault="00000000">
      <w:pPr>
        <w:jc w:val="right"/>
      </w:pPr>
      <w:r>
        <w:rPr>
          <w:b/>
          <w:shd w:val="clear" w:color="auto" w:fill="FFF2CC"/>
        </w:rPr>
        <w:t>[MIEJSCOWOŚĆ, DATA]</w:t>
      </w:r>
    </w:p>
    <w:p w14:paraId="5BDA9133" w14:textId="77777777" w:rsidR="00681BE8" w:rsidRDefault="00000000">
      <w:pPr>
        <w:pStyle w:val="Nagwek1"/>
      </w:pPr>
      <w:r>
        <w:t>1. Strony deklarujące współpracę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58"/>
        <w:gridCol w:w="4958"/>
      </w:tblGrid>
      <w:tr w:rsidR="00681BE8" w14:paraId="3FEA5CD7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6B014357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Wnioskodawca / Lider</w:t>
            </w:r>
          </w:p>
        </w:tc>
        <w:tc>
          <w:tcPr>
            <w:tcW w:w="4958" w:type="dxa"/>
            <w:shd w:val="clear" w:color="auto" w:fill="FFF2CC"/>
            <w:vAlign w:val="center"/>
          </w:tcPr>
          <w:p w14:paraId="2A815D70" w14:textId="77777777" w:rsidR="00681BE8" w:rsidRDefault="00000000">
            <w:pPr>
              <w:spacing w:after="0"/>
            </w:pPr>
            <w:r>
              <w:rPr>
                <w:sz w:val="17"/>
              </w:rPr>
              <w:t>[PEŁNA NAZWA, ADRES, KRS / REJESTR]</w:t>
            </w:r>
          </w:p>
        </w:tc>
      </w:tr>
      <w:tr w:rsidR="00681BE8" w14:paraId="279A657F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1CF88511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Osoba reprezentująca Lidera</w:t>
            </w:r>
          </w:p>
        </w:tc>
        <w:tc>
          <w:tcPr>
            <w:tcW w:w="4958" w:type="dxa"/>
            <w:shd w:val="clear" w:color="auto" w:fill="FFF2CC"/>
            <w:vAlign w:val="center"/>
          </w:tcPr>
          <w:p w14:paraId="0515924E" w14:textId="77777777" w:rsidR="00681BE8" w:rsidRDefault="00000000">
            <w:pPr>
              <w:spacing w:after="0"/>
            </w:pPr>
            <w:r>
              <w:rPr>
                <w:sz w:val="17"/>
              </w:rPr>
              <w:t>[IMIĘ I NAZWISKO, FUNKCJA]</w:t>
            </w:r>
          </w:p>
        </w:tc>
      </w:tr>
      <w:tr w:rsidR="00681BE8" w14:paraId="16551A29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69348496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Partner</w:t>
            </w:r>
          </w:p>
        </w:tc>
        <w:tc>
          <w:tcPr>
            <w:tcW w:w="4958" w:type="dxa"/>
            <w:shd w:val="clear" w:color="auto" w:fill="FFF2CC"/>
            <w:vAlign w:val="center"/>
          </w:tcPr>
          <w:p w14:paraId="1ECF6B53" w14:textId="77777777" w:rsidR="00681BE8" w:rsidRDefault="00000000">
            <w:pPr>
              <w:spacing w:after="0"/>
            </w:pPr>
            <w:r>
              <w:rPr>
                <w:sz w:val="17"/>
              </w:rPr>
              <w:t>[PEŁNA NAZWA, ADRES, KRS / REJESTR – JEŻELI DOTYCZY]</w:t>
            </w:r>
          </w:p>
        </w:tc>
      </w:tr>
      <w:tr w:rsidR="00681BE8" w14:paraId="72317069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59D9438D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Osoba reprezentująca Partnera</w:t>
            </w:r>
          </w:p>
        </w:tc>
        <w:tc>
          <w:tcPr>
            <w:tcW w:w="4958" w:type="dxa"/>
            <w:shd w:val="clear" w:color="auto" w:fill="FFF2CC"/>
            <w:vAlign w:val="center"/>
          </w:tcPr>
          <w:p w14:paraId="7F015BF3" w14:textId="77777777" w:rsidR="00681BE8" w:rsidRDefault="00000000">
            <w:pPr>
              <w:spacing w:after="0"/>
            </w:pPr>
            <w:r>
              <w:rPr>
                <w:sz w:val="17"/>
              </w:rPr>
              <w:t>[IMIĘ I NAZWISKO, FUNKCJA]</w:t>
            </w:r>
          </w:p>
        </w:tc>
      </w:tr>
      <w:tr w:rsidR="00681BE8" w14:paraId="69EB7E31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6DB26527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Program / nabór</w:t>
            </w:r>
          </w:p>
        </w:tc>
        <w:tc>
          <w:tcPr>
            <w:tcW w:w="4958" w:type="dxa"/>
            <w:shd w:val="clear" w:color="auto" w:fill="FFF2CC"/>
            <w:vAlign w:val="center"/>
          </w:tcPr>
          <w:p w14:paraId="6FDF707E" w14:textId="77777777" w:rsidR="00681BE8" w:rsidRDefault="00000000">
            <w:pPr>
              <w:spacing w:after="0"/>
            </w:pPr>
            <w:r>
              <w:rPr>
                <w:sz w:val="17"/>
              </w:rPr>
              <w:t>[NAZWA PROGRAMU I NABORU]</w:t>
            </w:r>
          </w:p>
        </w:tc>
      </w:tr>
      <w:tr w:rsidR="00681BE8" w14:paraId="027419D9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0A5517B6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Tytuł / roboczy tytuł projektu</w:t>
            </w:r>
          </w:p>
        </w:tc>
        <w:tc>
          <w:tcPr>
            <w:tcW w:w="4958" w:type="dxa"/>
            <w:shd w:val="clear" w:color="auto" w:fill="FFF2CC"/>
            <w:vAlign w:val="center"/>
          </w:tcPr>
          <w:p w14:paraId="7D7B68E5" w14:textId="77777777" w:rsidR="00681BE8" w:rsidRDefault="00000000">
            <w:pPr>
              <w:spacing w:after="0"/>
            </w:pPr>
            <w:r>
              <w:rPr>
                <w:sz w:val="17"/>
              </w:rPr>
              <w:t>[TYTUŁ PROJEKTU]</w:t>
            </w:r>
          </w:p>
        </w:tc>
      </w:tr>
    </w:tbl>
    <w:p w14:paraId="3B1048AA" w14:textId="77777777" w:rsidR="00681BE8" w:rsidRDefault="00000000">
      <w:pPr>
        <w:pStyle w:val="Nagwek1"/>
      </w:pPr>
      <w:r>
        <w:t>2. Deklaracja intencji</w:t>
      </w:r>
    </w:p>
    <w:p w14:paraId="7AC06963" w14:textId="77777777" w:rsidR="00681BE8" w:rsidRDefault="00000000">
      <w:r>
        <w:t xml:space="preserve">Strony deklarują wolę współpracy przy przygotowaniu projektu pn. </w:t>
      </w:r>
      <w:r>
        <w:rPr>
          <w:b/>
          <w:shd w:val="clear" w:color="auto" w:fill="FFF2CC"/>
        </w:rPr>
        <w:t>[TYTUŁ PROJEKTU]</w:t>
      </w:r>
      <w:r>
        <w:t xml:space="preserve">, planowanego do złożenia w ramach </w:t>
      </w:r>
      <w:r>
        <w:rPr>
          <w:b/>
          <w:shd w:val="clear" w:color="auto" w:fill="FFF2CC"/>
        </w:rPr>
        <w:t>[PROGRAM / NABÓR]</w:t>
      </w:r>
      <w:r>
        <w:t>.</w:t>
      </w:r>
    </w:p>
    <w:p w14:paraId="429804AF" w14:textId="77777777" w:rsidR="00681BE8" w:rsidRDefault="00000000">
      <w:r>
        <w:t>W przypadku uzyskania dofinansowania Strony zamierzają współpracować przy realizacji projektu zgodnie z zakresem uzgodnionym w dokumentacji projektowej oraz – jeżeli będzie to wymagane – w odrębnej umowie partnerskiej lub innym właściwym dokumencie.</w:t>
      </w:r>
    </w:p>
    <w:p w14:paraId="5CF88204" w14:textId="77777777" w:rsidR="00681BE8" w:rsidRDefault="00000000">
      <w:pPr>
        <w:pStyle w:val="Nagwek1"/>
      </w:pPr>
      <w:r>
        <w:t>3. Cel i przedmiot planowanej współpracy</w:t>
      </w:r>
    </w:p>
    <w:p w14:paraId="44A0C87E" w14:textId="77777777" w:rsidR="00681BE8" w:rsidRDefault="00000000">
      <w:r>
        <w:t xml:space="preserve">Głównym celem planowanego projektu jest </w:t>
      </w:r>
      <w:r>
        <w:rPr>
          <w:b/>
          <w:shd w:val="clear" w:color="auto" w:fill="FFF2CC"/>
        </w:rPr>
        <w:t>[KRÓTKO OPISZ CEL / ZMIANĘ, KTÓRĄ PROJEKT MA OSIĄGNĄĆ]</w:t>
      </w:r>
      <w:r>
        <w:t>.</w:t>
      </w:r>
    </w:p>
    <w:p w14:paraId="673858F8" w14:textId="77777777" w:rsidR="00681BE8" w:rsidRDefault="00000000">
      <w:r>
        <w:t xml:space="preserve">Projekt będzie skierowany przede wszystkim do </w:t>
      </w:r>
      <w:r>
        <w:rPr>
          <w:b/>
          <w:shd w:val="clear" w:color="auto" w:fill="FFF2CC"/>
        </w:rPr>
        <w:t>[GRUPA DOCELOWA]</w:t>
      </w:r>
      <w:r>
        <w:t xml:space="preserve"> i będzie realizowany na obszarze </w:t>
      </w:r>
      <w:r>
        <w:rPr>
          <w:b/>
          <w:shd w:val="clear" w:color="auto" w:fill="FFF2CC"/>
        </w:rPr>
        <w:t>[OBSZAR REALIZACJI]</w:t>
      </w:r>
      <w:r>
        <w:t>.</w:t>
      </w:r>
    </w:p>
    <w:p w14:paraId="77BA2211" w14:textId="77777777" w:rsidR="00681BE8" w:rsidRDefault="00000000">
      <w:r>
        <w:t xml:space="preserve">Planowana współpraca Stron obejmie w szczególności </w:t>
      </w:r>
      <w:r>
        <w:rPr>
          <w:b/>
          <w:shd w:val="clear" w:color="auto" w:fill="FFF2CC"/>
        </w:rPr>
        <w:t>[KRÓTKO: JAKIE DZIAŁANIA BĘDĄ REALIZOWANE WSPÓLNIE]</w:t>
      </w:r>
      <w:r>
        <w:t>.</w:t>
      </w:r>
    </w:p>
    <w:p w14:paraId="3AB9EFAB" w14:textId="77777777" w:rsidR="00681BE8" w:rsidRDefault="00000000">
      <w:pPr>
        <w:pStyle w:val="Nagwek1"/>
      </w:pPr>
      <w:r>
        <w:t>4. Wstępny zakres roli Partnera</w:t>
      </w:r>
    </w:p>
    <w:p w14:paraId="0A2C58F4" w14:textId="77777777" w:rsidR="00681BE8" w:rsidRDefault="00000000">
      <w:r>
        <w:t>Partner deklaruje gotowość do zaangażowania się w następujące działania:</w:t>
      </w:r>
    </w:p>
    <w:p w14:paraId="625D3658" w14:textId="77777777" w:rsidR="00681BE8" w:rsidRDefault="00000000">
      <w:r>
        <w:t>☐ udział w przygotowaniu / doprecyzowaniu koncepcji projektu;</w:t>
      </w:r>
    </w:p>
    <w:p w14:paraId="2CFAC688" w14:textId="77777777" w:rsidR="00681BE8" w:rsidRDefault="00000000">
      <w:r>
        <w:t>☐ realizacja części działań merytorycznych;</w:t>
      </w:r>
    </w:p>
    <w:p w14:paraId="2B9F0CD9" w14:textId="77777777" w:rsidR="00681BE8" w:rsidRDefault="00000000">
      <w:r>
        <w:t>☐ udostępnienie wiedzy eksperckiej / personelu;</w:t>
      </w:r>
    </w:p>
    <w:p w14:paraId="0FBCB894" w14:textId="77777777" w:rsidR="00681BE8" w:rsidRDefault="00000000">
      <w:r>
        <w:t>☐ kontakt z grupą docelową / wsparcie rekrutacji;</w:t>
      </w:r>
    </w:p>
    <w:p w14:paraId="5601ADC7" w14:textId="77777777" w:rsidR="00681BE8" w:rsidRDefault="00000000">
      <w:r>
        <w:t>☐ udostępnienie przestrzeni, infrastruktury lub zasobów;</w:t>
      </w:r>
    </w:p>
    <w:p w14:paraId="197484FC" w14:textId="77777777" w:rsidR="00681BE8" w:rsidRDefault="00000000">
      <w:r>
        <w:t>☐ promocja i upowszechnianie rezultatów;</w:t>
      </w:r>
    </w:p>
    <w:p w14:paraId="261E7B49" w14:textId="77777777" w:rsidR="00681BE8" w:rsidRDefault="00000000">
      <w:r>
        <w:t>☐ udział w monitorowaniu i ewaluacji projektu;</w:t>
      </w:r>
    </w:p>
    <w:p w14:paraId="7A6C5AC9" w14:textId="77777777" w:rsidR="00681BE8" w:rsidRDefault="00000000">
      <w:r>
        <w:t xml:space="preserve">Szczegółowy zakres Partnera: </w:t>
      </w:r>
      <w:r>
        <w:rPr>
          <w:b/>
          <w:shd w:val="clear" w:color="auto" w:fill="FFF2CC"/>
        </w:rPr>
        <w:t>[OPISZ 2–5 NAJWAŻNIEJSZYCH ZADAŃ / RÓL]</w:t>
      </w:r>
    </w:p>
    <w:p w14:paraId="29E3C4DC" w14:textId="77777777" w:rsidR="00681BE8" w:rsidRDefault="00000000">
      <w:pPr>
        <w:pStyle w:val="Nagwek1"/>
      </w:pPr>
      <w:r>
        <w:t>5. Wstępny wkład Partnera</w:t>
      </w:r>
    </w:p>
    <w:p w14:paraId="2203FEDF" w14:textId="77777777" w:rsidR="00681BE8" w:rsidRDefault="00000000">
      <w:r>
        <w:t xml:space="preserve">Partner przewiduje wniesienie do projektu następującego wkładu: </w:t>
      </w:r>
      <w:r>
        <w:rPr>
          <w:b/>
          <w:shd w:val="clear" w:color="auto" w:fill="FFF2CC"/>
        </w:rPr>
        <w:t>[NP. PERSONEL, WIEDZA, INFRASTRUKTURA, WKŁAD FINANSOWY / NIEFİNANSOWY – JEŻELI DOTYCZY]</w:t>
      </w:r>
      <w:r>
        <w:t>.</w:t>
      </w:r>
    </w:p>
    <w:p w14:paraId="0E55676A" w14:textId="77777777" w:rsidR="00681BE8" w:rsidRDefault="00000000">
      <w:r>
        <w:t xml:space="preserve">Szacunkowa wartość lub zakres wkładu, jeżeli jest już znany: </w:t>
      </w:r>
      <w:r>
        <w:rPr>
          <w:b/>
          <w:shd w:val="clear" w:color="auto" w:fill="FFF2CC"/>
        </w:rPr>
        <w:t>[KWOTA / ZAKRES / DO USTALENIA]</w:t>
      </w:r>
      <w:r>
        <w:t>.</w:t>
      </w:r>
    </w:p>
    <w:p w14:paraId="7D6CFC09" w14:textId="77777777" w:rsidR="00681BE8" w:rsidRDefault="00000000">
      <w:pPr>
        <w:pStyle w:val="Instrukcja"/>
      </w:pPr>
      <w:r>
        <w:t>Nie wpisuj kwoty wkładu tylko „dla formalności”. Jeżeli nie została jeszcze uzgodniona albo zasady naboru nie są znane, bezpieczniej wskazać „do ustalenia zgodnie z budżetem i regulaminem naboru”.</w:t>
      </w:r>
    </w:p>
    <w:p w14:paraId="590DDDC1" w14:textId="77777777" w:rsidR="00681BE8" w:rsidRDefault="00000000">
      <w:pPr>
        <w:pStyle w:val="Nagwek1"/>
      </w:pPr>
      <w:r>
        <w:t>6. Ustalenia finansowe</w:t>
      </w:r>
    </w:p>
    <w:p w14:paraId="040111F4" w14:textId="77777777" w:rsidR="00681BE8" w:rsidRDefault="00000000">
      <w:r>
        <w:t xml:space="preserve">Na dzień podpisania niniejszego listu szczegółowy budżet Partnera oraz zasady przepływów finansowych: </w:t>
      </w:r>
      <w:r>
        <w:rPr>
          <w:b/>
        </w:rPr>
        <w:t>☐ zostały wstępnie uzgodnione  ☐ pozostają do uzgodnienia</w:t>
      </w:r>
    </w:p>
    <w:p w14:paraId="381A7324" w14:textId="77777777" w:rsidR="00681BE8" w:rsidRDefault="00000000">
      <w:r>
        <w:t xml:space="preserve">Uwagi / wstępne ustalenia: </w:t>
      </w:r>
      <w:r>
        <w:rPr>
          <w:b/>
          <w:shd w:val="clear" w:color="auto" w:fill="FFF2CC"/>
        </w:rPr>
        <w:t>[WPISZ / NIE DOTYCZY]</w:t>
      </w:r>
    </w:p>
    <w:p w14:paraId="69BFFA14" w14:textId="77777777" w:rsidR="00681BE8" w:rsidRDefault="00000000">
      <w:r>
        <w:t>Ewentualne finansowanie zadań Partnera będzie możliwe wyłącznie na zasadach dopuszczonych przez dokumentację naboru oraz po ich prawidłowym ujęciu w dokumentacji projektu i wymaganych umowach.</w:t>
      </w:r>
    </w:p>
    <w:p w14:paraId="04E9AE7B" w14:textId="77777777" w:rsidR="00681BE8" w:rsidRDefault="00000000">
      <w:pPr>
        <w:pStyle w:val="Nagwek1"/>
      </w:pPr>
      <w:r>
        <w:lastRenderedPageBreak/>
        <w:t>7. Dalsze ustalenia</w:t>
      </w:r>
    </w:p>
    <w:p w14:paraId="13D756AA" w14:textId="77777777" w:rsidR="00681BE8" w:rsidRDefault="00000000">
      <w:r>
        <w:t>Strony deklarują gotowość do dalszego uzgodnienia w szczególności:</w:t>
      </w:r>
    </w:p>
    <w:p w14:paraId="47247127" w14:textId="77777777" w:rsidR="00681BE8" w:rsidRDefault="00000000">
      <w:r>
        <w:t>• szczegółowego podziału zadań i odpowiedzialności;</w:t>
      </w:r>
    </w:p>
    <w:p w14:paraId="5C15C440" w14:textId="77777777" w:rsidR="00681BE8" w:rsidRDefault="00000000">
      <w:r>
        <w:t>• harmonogramu działań;</w:t>
      </w:r>
    </w:p>
    <w:p w14:paraId="4A16B858" w14:textId="77777777" w:rsidR="00681BE8" w:rsidRDefault="00000000">
      <w:r>
        <w:t>• budżetu i zasad rozliczeń;</w:t>
      </w:r>
    </w:p>
    <w:p w14:paraId="64AAF3CA" w14:textId="77777777" w:rsidR="00681BE8" w:rsidRDefault="00000000">
      <w:r>
        <w:t>• zasad przetwarzania i wymiany danych, jeżeli będzie to potrzebne;</w:t>
      </w:r>
    </w:p>
    <w:p w14:paraId="0D5774D6" w14:textId="77777777" w:rsidR="00681BE8" w:rsidRDefault="00000000">
      <w:r>
        <w:t>• praw do rezultatów, materiałów i oznaczeń projektu, jeżeli dotyczy;</w:t>
      </w:r>
    </w:p>
    <w:p w14:paraId="6F29F128" w14:textId="77777777" w:rsidR="00681BE8" w:rsidRDefault="00000000">
      <w:r>
        <w:t>• zasad komunikacji, monitorowania i sprawozdawczości.</w:t>
      </w:r>
    </w:p>
    <w:p w14:paraId="37158D4F" w14:textId="77777777" w:rsidR="00681BE8" w:rsidRDefault="00000000">
      <w:pPr>
        <w:pStyle w:val="Nagwek1"/>
      </w:pPr>
      <w:r>
        <w:t>8. Charakter listu intencyjnego</w:t>
      </w:r>
    </w:p>
    <w:p w14:paraId="50DADA41" w14:textId="77777777" w:rsidR="00681BE8" w:rsidRDefault="00000000">
      <w:r>
        <w:t>Niniejszy list potwierdza zamiar współpracy przy wskazanym projekcie. Sam w sobie nie stanowi umowy o dofinansowanie ani podstawy do przekazania środków finansowych pomiędzy Stronami. Jeżeli dokumentacja naboru wymaga zawarcia umowy partnerskiej lub innego dokumentu określającego prawa i obowiązki Stron, zostanie on przygotowany zgodnie z wymaganiami właściwego programu.</w:t>
      </w:r>
    </w:p>
    <w:p w14:paraId="76F3BF2F" w14:textId="77777777" w:rsidR="00681BE8" w:rsidRDefault="00000000">
      <w:r>
        <w:t xml:space="preserve">List obowiązuje jako deklaracja intencji do dnia </w:t>
      </w:r>
      <w:r>
        <w:rPr>
          <w:b/>
          <w:shd w:val="clear" w:color="auto" w:fill="FFF2CC"/>
        </w:rPr>
        <w:t>[DATA / NP. ROZSTRZYGNIĘCIA NABORU]</w:t>
      </w:r>
      <w:r>
        <w:t>, chyba że Strony wcześniej wspólnie postanowią inaczej.</w:t>
      </w:r>
    </w:p>
    <w:p w14:paraId="7FFA6A87" w14:textId="77777777" w:rsidR="00681BE8" w:rsidRDefault="00000000">
      <w:pPr>
        <w:pStyle w:val="Instrukcja"/>
      </w:pPr>
      <w:r>
        <w:t>Jeżeli konkretny program wymaga, aby list intencyjny był wiążącym załącznikiem o określonej treści, należy użyć wzoru programu. W części naborów list intencyjny jest dokumentem przejściowym, a przed podpisaniem umowy o dofinansowanie wymagane jest zawarcie właściwej umowy partnerskiej.</w:t>
      </w:r>
    </w:p>
    <w:p w14:paraId="44D5B202" w14:textId="77777777" w:rsidR="00681BE8" w:rsidRDefault="00000000">
      <w:pPr>
        <w:pStyle w:val="Nagwek1"/>
      </w:pPr>
      <w:r>
        <w:t>9. Osoby do kontaktu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05"/>
        <w:gridCol w:w="3305"/>
        <w:gridCol w:w="3305"/>
      </w:tblGrid>
      <w:tr w:rsidR="00681BE8" w14:paraId="22664710" w14:textId="77777777">
        <w:trPr>
          <w:jc w:val="center"/>
        </w:trPr>
        <w:tc>
          <w:tcPr>
            <w:tcW w:w="3305" w:type="dxa"/>
            <w:shd w:val="clear" w:color="auto" w:fill="D9EAF7"/>
            <w:vAlign w:val="center"/>
          </w:tcPr>
          <w:p w14:paraId="551ABF08" w14:textId="77777777" w:rsidR="00681BE8" w:rsidRDefault="00000000">
            <w:pPr>
              <w:spacing w:after="0"/>
            </w:pPr>
            <w:r>
              <w:rPr>
                <w:b/>
                <w:sz w:val="16"/>
              </w:rPr>
              <w:t>Strona</w:t>
            </w:r>
          </w:p>
        </w:tc>
        <w:tc>
          <w:tcPr>
            <w:tcW w:w="3305" w:type="dxa"/>
            <w:shd w:val="clear" w:color="auto" w:fill="D9EAF7"/>
            <w:vAlign w:val="center"/>
          </w:tcPr>
          <w:p w14:paraId="7E1F7A9B" w14:textId="77777777" w:rsidR="00681BE8" w:rsidRDefault="00000000">
            <w:pPr>
              <w:spacing w:after="0"/>
            </w:pPr>
            <w:r>
              <w:rPr>
                <w:b/>
                <w:sz w:val="16"/>
              </w:rPr>
              <w:t>Osoba do kontaktu</w:t>
            </w:r>
          </w:p>
        </w:tc>
        <w:tc>
          <w:tcPr>
            <w:tcW w:w="3305" w:type="dxa"/>
            <w:shd w:val="clear" w:color="auto" w:fill="D9EAF7"/>
            <w:vAlign w:val="center"/>
          </w:tcPr>
          <w:p w14:paraId="18AF914F" w14:textId="77777777" w:rsidR="00681BE8" w:rsidRDefault="00000000">
            <w:pPr>
              <w:spacing w:after="0"/>
            </w:pPr>
            <w:r>
              <w:rPr>
                <w:b/>
                <w:sz w:val="16"/>
              </w:rPr>
              <w:t>E-mail / telefon</w:t>
            </w:r>
          </w:p>
        </w:tc>
      </w:tr>
      <w:tr w:rsidR="00681BE8" w14:paraId="074CCFAB" w14:textId="77777777">
        <w:trPr>
          <w:jc w:val="center"/>
        </w:trPr>
        <w:tc>
          <w:tcPr>
            <w:tcW w:w="3305" w:type="dxa"/>
            <w:vAlign w:val="center"/>
          </w:tcPr>
          <w:p w14:paraId="48C0EF9A" w14:textId="77777777" w:rsidR="00681BE8" w:rsidRDefault="00000000">
            <w:pPr>
              <w:spacing w:after="0"/>
            </w:pPr>
            <w:r>
              <w:rPr>
                <w:sz w:val="17"/>
              </w:rPr>
              <w:t>Lider</w:t>
            </w:r>
          </w:p>
        </w:tc>
        <w:tc>
          <w:tcPr>
            <w:tcW w:w="3305" w:type="dxa"/>
            <w:shd w:val="clear" w:color="auto" w:fill="FFF2CC"/>
            <w:vAlign w:val="center"/>
          </w:tcPr>
          <w:p w14:paraId="2CB4C907" w14:textId="77777777" w:rsidR="00681BE8" w:rsidRDefault="00000000">
            <w:pPr>
              <w:spacing w:after="0"/>
            </w:pPr>
            <w:r>
              <w:rPr>
                <w:sz w:val="17"/>
              </w:rPr>
              <w:t>[IMIĘ I NAZWISKO]</w:t>
            </w:r>
          </w:p>
        </w:tc>
        <w:tc>
          <w:tcPr>
            <w:tcW w:w="3305" w:type="dxa"/>
            <w:shd w:val="clear" w:color="auto" w:fill="FFF2CC"/>
            <w:vAlign w:val="center"/>
          </w:tcPr>
          <w:p w14:paraId="2E90E278" w14:textId="77777777" w:rsidR="00681BE8" w:rsidRDefault="00000000">
            <w:pPr>
              <w:spacing w:after="0"/>
            </w:pPr>
            <w:r>
              <w:rPr>
                <w:sz w:val="17"/>
              </w:rPr>
              <w:t>[DANE]</w:t>
            </w:r>
          </w:p>
        </w:tc>
      </w:tr>
      <w:tr w:rsidR="00681BE8" w14:paraId="1D74BCDE" w14:textId="77777777">
        <w:trPr>
          <w:jc w:val="center"/>
        </w:trPr>
        <w:tc>
          <w:tcPr>
            <w:tcW w:w="3305" w:type="dxa"/>
            <w:vAlign w:val="center"/>
          </w:tcPr>
          <w:p w14:paraId="28C77DD5" w14:textId="77777777" w:rsidR="00681BE8" w:rsidRDefault="00000000">
            <w:pPr>
              <w:spacing w:after="0"/>
            </w:pPr>
            <w:r>
              <w:rPr>
                <w:sz w:val="17"/>
              </w:rPr>
              <w:t>Partner</w:t>
            </w:r>
          </w:p>
        </w:tc>
        <w:tc>
          <w:tcPr>
            <w:tcW w:w="3305" w:type="dxa"/>
            <w:shd w:val="clear" w:color="auto" w:fill="FFF2CC"/>
            <w:vAlign w:val="center"/>
          </w:tcPr>
          <w:p w14:paraId="08331C64" w14:textId="77777777" w:rsidR="00681BE8" w:rsidRDefault="00000000">
            <w:pPr>
              <w:spacing w:after="0"/>
            </w:pPr>
            <w:r>
              <w:rPr>
                <w:sz w:val="17"/>
              </w:rPr>
              <w:t>[IMIĘ I NAZWISKO]</w:t>
            </w:r>
          </w:p>
        </w:tc>
        <w:tc>
          <w:tcPr>
            <w:tcW w:w="3305" w:type="dxa"/>
            <w:shd w:val="clear" w:color="auto" w:fill="FFF2CC"/>
            <w:vAlign w:val="center"/>
          </w:tcPr>
          <w:p w14:paraId="2BD4CACC" w14:textId="77777777" w:rsidR="00681BE8" w:rsidRDefault="00000000">
            <w:pPr>
              <w:spacing w:after="0"/>
            </w:pPr>
            <w:r>
              <w:rPr>
                <w:sz w:val="17"/>
              </w:rPr>
              <w:t>[DANE]</w:t>
            </w:r>
          </w:p>
        </w:tc>
      </w:tr>
    </w:tbl>
    <w:p w14:paraId="227E5270" w14:textId="77777777" w:rsidR="00681BE8" w:rsidRDefault="00000000">
      <w:pPr>
        <w:pStyle w:val="Nagwek1"/>
      </w:pPr>
      <w:r>
        <w:t>10. Podpisy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58"/>
        <w:gridCol w:w="4958"/>
      </w:tblGrid>
      <w:tr w:rsidR="00681BE8" w14:paraId="442D66F4" w14:textId="77777777">
        <w:trPr>
          <w:jc w:val="center"/>
        </w:trPr>
        <w:tc>
          <w:tcPr>
            <w:tcW w:w="4958" w:type="dxa"/>
            <w:shd w:val="clear" w:color="auto" w:fill="D9EAF7"/>
            <w:vAlign w:val="center"/>
          </w:tcPr>
          <w:p w14:paraId="632D5898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W imieniu Wnioskodawcy / Lidera</w:t>
            </w:r>
          </w:p>
        </w:tc>
        <w:tc>
          <w:tcPr>
            <w:tcW w:w="4958" w:type="dxa"/>
            <w:shd w:val="clear" w:color="auto" w:fill="D9EAF7"/>
            <w:vAlign w:val="center"/>
          </w:tcPr>
          <w:p w14:paraId="5DACAB1D" w14:textId="77777777" w:rsidR="00681BE8" w:rsidRDefault="00000000">
            <w:pPr>
              <w:spacing w:after="0"/>
            </w:pPr>
            <w:r>
              <w:rPr>
                <w:b/>
                <w:sz w:val="17"/>
              </w:rPr>
              <w:t>W imieniu Partnera</w:t>
            </w:r>
          </w:p>
        </w:tc>
      </w:tr>
      <w:tr w:rsidR="00681BE8" w14:paraId="5A9D0CDF" w14:textId="77777777">
        <w:trPr>
          <w:jc w:val="center"/>
        </w:trPr>
        <w:tc>
          <w:tcPr>
            <w:tcW w:w="4958" w:type="dxa"/>
            <w:vAlign w:val="center"/>
          </w:tcPr>
          <w:p w14:paraId="1CD37C4E" w14:textId="77777777" w:rsidR="00681BE8" w:rsidRDefault="00000000">
            <w:pPr>
              <w:spacing w:after="0"/>
            </w:pPr>
            <w:r>
              <w:rPr>
                <w:sz w:val="17"/>
              </w:rPr>
              <w:t>[IMIĘ I NAZWISKO]</w:t>
            </w:r>
            <w:r>
              <w:rPr>
                <w:sz w:val="17"/>
              </w:rPr>
              <w:br/>
              <w:t>[FUNKCJA]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________________________</w:t>
            </w:r>
            <w:r>
              <w:rPr>
                <w:sz w:val="17"/>
              </w:rPr>
              <w:br/>
              <w:t>podpis</w:t>
            </w:r>
          </w:p>
        </w:tc>
        <w:tc>
          <w:tcPr>
            <w:tcW w:w="4958" w:type="dxa"/>
            <w:vAlign w:val="center"/>
          </w:tcPr>
          <w:p w14:paraId="785471C2" w14:textId="77777777" w:rsidR="00681BE8" w:rsidRDefault="00000000">
            <w:pPr>
              <w:spacing w:after="0"/>
            </w:pPr>
            <w:r>
              <w:rPr>
                <w:sz w:val="17"/>
              </w:rPr>
              <w:t>[IMIĘ I NAZWISKO]</w:t>
            </w:r>
            <w:r>
              <w:rPr>
                <w:sz w:val="17"/>
              </w:rPr>
              <w:br/>
              <w:t>[FUNKCJA]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________________________</w:t>
            </w:r>
            <w:r>
              <w:rPr>
                <w:sz w:val="17"/>
              </w:rPr>
              <w:br/>
              <w:t>podpis</w:t>
            </w:r>
          </w:p>
        </w:tc>
      </w:tr>
    </w:tbl>
    <w:p w14:paraId="5603A858" w14:textId="77777777" w:rsidR="00681BE8" w:rsidRDefault="00000000">
      <w:pPr>
        <w:pStyle w:val="Instrukcja"/>
      </w:pPr>
      <w:r>
        <w:t>PRZED PODPISEM SPRAWDŹ: (1) czy nabór wymaga własnego wzoru, (2) kto zgodnie z rejestrem / pełnomocnictwem może reprezentować każdą ze Stron, (3) czy list ma być podpisany przez Lidera i Partnera czy wyłącznie przez Partnera, (4) czy trzeba dołączyć dokumenty Partnera, (5) czy partnerstwo musi spełnić dodatkowe warunki dotyczące wyboru partnera, finansowania albo podziału zadań.</w:t>
      </w:r>
    </w:p>
    <w:sectPr w:rsidR="00681BE8" w:rsidSect="005170A2">
      <w:headerReference w:type="default" r:id="rId8"/>
      <w:footerReference w:type="default" r:id="rId9"/>
      <w:pgSz w:w="12240" w:h="15840"/>
      <w:pgMar w:top="765" w:right="1162" w:bottom="765" w:left="1162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DA37" w14:textId="77777777" w:rsidR="00225A58" w:rsidRDefault="00225A58">
      <w:pPr>
        <w:spacing w:after="0"/>
      </w:pPr>
      <w:r>
        <w:separator/>
      </w:r>
    </w:p>
  </w:endnote>
  <w:endnote w:type="continuationSeparator" w:id="0">
    <w:p w14:paraId="7A31BE67" w14:textId="77777777" w:rsidR="00225A58" w:rsidRDefault="00225A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39DA" w14:textId="77777777" w:rsidR="00681BE8" w:rsidRDefault="00000000">
    <w:pPr>
      <w:pStyle w:val="Stopka"/>
      <w:jc w:val="center"/>
    </w:pPr>
    <w:r>
      <w:rPr>
        <w:color w:val="6E6E6E"/>
        <w:sz w:val="15"/>
      </w:rPr>
      <w:t xml:space="preserve">List </w:t>
    </w:r>
    <w:proofErr w:type="spellStart"/>
    <w:r>
      <w:rPr>
        <w:color w:val="6E6E6E"/>
        <w:sz w:val="15"/>
      </w:rPr>
      <w:t>intencyjny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Partnera</w:t>
    </w:r>
    <w:proofErr w:type="spellEnd"/>
    <w:r>
      <w:rPr>
        <w:color w:val="6E6E6E"/>
        <w:sz w:val="15"/>
      </w:rPr>
      <w:t xml:space="preserve"> do </w:t>
    </w:r>
    <w:proofErr w:type="spellStart"/>
    <w:r>
      <w:rPr>
        <w:color w:val="6E6E6E"/>
        <w:sz w:val="15"/>
      </w:rPr>
      <w:t>projektu</w:t>
    </w:r>
    <w:proofErr w:type="spellEnd"/>
    <w:r>
      <w:rPr>
        <w:color w:val="6E6E6E"/>
        <w:sz w:val="15"/>
      </w:rPr>
      <w:t xml:space="preserve"> / </w:t>
    </w:r>
    <w:proofErr w:type="spellStart"/>
    <w:r>
      <w:rPr>
        <w:color w:val="6E6E6E"/>
        <w:sz w:val="15"/>
      </w:rPr>
      <w:t>grantu</w:t>
    </w:r>
    <w:proofErr w:type="spellEnd"/>
    <w:r>
      <w:rPr>
        <w:color w:val="6E6E6E"/>
        <w:sz w:val="15"/>
      </w:rPr>
      <w:t xml:space="preserve"> | </w:t>
    </w:r>
    <w:proofErr w:type="spellStart"/>
    <w:r>
      <w:rPr>
        <w:color w:val="6E6E6E"/>
        <w:sz w:val="15"/>
      </w:rPr>
      <w:t>wzór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dla</w:t>
    </w:r>
    <w:proofErr w:type="spellEnd"/>
    <w:r>
      <w:rPr>
        <w:color w:val="6E6E6E"/>
        <w:sz w:val="15"/>
      </w:rPr>
      <w:t xml:space="preserve"> NGO | </w:t>
    </w:r>
    <w:proofErr w:type="spellStart"/>
    <w:r>
      <w:rPr>
        <w:color w:val="6E6E6E"/>
        <w:sz w:val="15"/>
      </w:rPr>
      <w:t>dostosuj</w:t>
    </w:r>
    <w:proofErr w:type="spellEnd"/>
    <w:r>
      <w:rPr>
        <w:color w:val="6E6E6E"/>
        <w:sz w:val="15"/>
      </w:rPr>
      <w:t xml:space="preserve"> do </w:t>
    </w:r>
    <w:proofErr w:type="spellStart"/>
    <w:r>
      <w:rPr>
        <w:color w:val="6E6E6E"/>
        <w:sz w:val="15"/>
      </w:rPr>
      <w:t>dokumentacji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konkretnego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naboru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FF66" w14:textId="77777777" w:rsidR="00225A58" w:rsidRDefault="00225A58">
      <w:pPr>
        <w:spacing w:after="0"/>
      </w:pPr>
      <w:r>
        <w:separator/>
      </w:r>
    </w:p>
  </w:footnote>
  <w:footnote w:type="continuationSeparator" w:id="0">
    <w:p w14:paraId="65F523D3" w14:textId="77777777" w:rsidR="00225A58" w:rsidRDefault="00225A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1452" w14:textId="6B8C14E7" w:rsidR="005170A2" w:rsidRDefault="005170A2">
    <w:pPr>
      <w:pStyle w:val="Nagwek"/>
    </w:pPr>
    <w:r>
      <w:rPr>
        <w:noProof/>
      </w:rPr>
      <w:drawing>
        <wp:inline distT="0" distB="0" distL="0" distR="0" wp14:anchorId="3E832C98" wp14:editId="178BDC38">
          <wp:extent cx="6188075" cy="506095"/>
          <wp:effectExtent l="0" t="0" r="3175" b="8255"/>
          <wp:docPr id="284094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4008411">
    <w:abstractNumId w:val="8"/>
  </w:num>
  <w:num w:numId="2" w16cid:durableId="1009521406">
    <w:abstractNumId w:val="6"/>
  </w:num>
  <w:num w:numId="3" w16cid:durableId="1648167503">
    <w:abstractNumId w:val="5"/>
  </w:num>
  <w:num w:numId="4" w16cid:durableId="1145463083">
    <w:abstractNumId w:val="4"/>
  </w:num>
  <w:num w:numId="5" w16cid:durableId="923611587">
    <w:abstractNumId w:val="7"/>
  </w:num>
  <w:num w:numId="6" w16cid:durableId="60293591">
    <w:abstractNumId w:val="3"/>
  </w:num>
  <w:num w:numId="7" w16cid:durableId="25298177">
    <w:abstractNumId w:val="2"/>
  </w:num>
  <w:num w:numId="8" w16cid:durableId="218563002">
    <w:abstractNumId w:val="1"/>
  </w:num>
  <w:num w:numId="9" w16cid:durableId="89647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A58"/>
    <w:rsid w:val="0029639D"/>
    <w:rsid w:val="00326F90"/>
    <w:rsid w:val="00501F83"/>
    <w:rsid w:val="005170A2"/>
    <w:rsid w:val="00681BE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68D65B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4" w:line="240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5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2026-09-07T12:06:00Z</dcterms:modified>
  <cp:category/>
</cp:coreProperties>
</file>