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E606" w14:textId="77777777" w:rsidR="007561AB" w:rsidRDefault="00000000">
      <w:pPr>
        <w:pStyle w:val="Tytu"/>
        <w:jc w:val="center"/>
      </w:pPr>
      <w:r>
        <w:t>KARTA PRZYGOTOWANIA PROJEKTU GRANTOWEGO</w:t>
      </w:r>
    </w:p>
    <w:p w14:paraId="16B2457B" w14:textId="77777777" w:rsidR="007561AB" w:rsidRDefault="00000000">
      <w:pPr>
        <w:jc w:val="center"/>
      </w:pPr>
      <w:r>
        <w:rPr>
          <w:b/>
        </w:rPr>
        <w:t>krótki brief projektu dla NGO – przed rozpoczęciem pisania wniosku</w:t>
      </w:r>
    </w:p>
    <w:p w14:paraId="5020363B" w14:textId="77777777" w:rsidR="007561AB" w:rsidRDefault="00000000">
      <w:pPr>
        <w:pStyle w:val="Instrukcja"/>
      </w:pPr>
      <w:r>
        <w:t>INSTRUKCJA: wypełnij kartę przed rozpoczęciem pracy w generatorze wniosku. Jej celem jest sprawdzenie, czy pomysł tworzy logiczną i realną całość. To materiał roboczy – nie zastępuje formularza ani regulaminu konkretnego naboru. Pola żółte uzupełnij, a szare wskazówki usuń, jeśli karta ma być dalej udostępniana.</w:t>
      </w:r>
    </w:p>
    <w:p w14:paraId="7ECD5843" w14:textId="77777777" w:rsidR="007561AB" w:rsidRDefault="00000000">
      <w:pPr>
        <w:pStyle w:val="Nagwek1"/>
      </w:pPr>
      <w:r>
        <w:t>1. Podstawowe informacje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561AB" w14:paraId="609BD00A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26BFF296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Roboczy tytuł projektu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2CCA1BDE" w14:textId="77777777" w:rsidR="007561AB" w:rsidRDefault="00000000">
            <w:pPr>
              <w:spacing w:after="0"/>
            </w:pPr>
            <w:r>
              <w:rPr>
                <w:sz w:val="16"/>
              </w:rPr>
              <w:t>[TYTUŁ]</w:t>
            </w:r>
          </w:p>
        </w:tc>
      </w:tr>
      <w:tr w:rsidR="007561AB" w14:paraId="14A2675B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5488F8E8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Organizacja / Wnioskodawca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25C1BDFD" w14:textId="77777777" w:rsidR="007561AB" w:rsidRDefault="00000000">
            <w:pPr>
              <w:spacing w:after="0"/>
            </w:pPr>
            <w:r>
              <w:rPr>
                <w:sz w:val="16"/>
              </w:rPr>
              <w:t>[NAZWA]</w:t>
            </w:r>
          </w:p>
        </w:tc>
      </w:tr>
      <w:tr w:rsidR="007561AB" w14:paraId="5718CCC0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563DCBC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Program / nabór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5317E77F" w14:textId="77777777" w:rsidR="007561AB" w:rsidRDefault="00000000">
            <w:pPr>
              <w:spacing w:after="0"/>
            </w:pPr>
            <w:r>
              <w:rPr>
                <w:sz w:val="16"/>
              </w:rPr>
              <w:t>[NAZWA / JESZCZE NIE WYBRANO]</w:t>
            </w:r>
          </w:p>
        </w:tc>
      </w:tr>
      <w:tr w:rsidR="007561AB" w14:paraId="09F59C07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D73C4E1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Planowany okres realizacji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0D54D17F" w14:textId="77777777" w:rsidR="007561AB" w:rsidRDefault="00000000">
            <w:pPr>
              <w:spacing w:after="0"/>
            </w:pPr>
            <w:r>
              <w:rPr>
                <w:sz w:val="16"/>
              </w:rPr>
              <w:t>[OD – DO]</w:t>
            </w:r>
          </w:p>
        </w:tc>
      </w:tr>
      <w:tr w:rsidR="007561AB" w14:paraId="1F068C9B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2E6F766F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Obszar realizacji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051F5B84" w14:textId="77777777" w:rsidR="007561AB" w:rsidRDefault="00000000">
            <w:pPr>
              <w:spacing w:after="0"/>
            </w:pPr>
            <w:r>
              <w:rPr>
                <w:sz w:val="16"/>
              </w:rPr>
              <w:t>[GMINA / POWIAT / WOJEWÓDZTWO / INNY]</w:t>
            </w:r>
          </w:p>
        </w:tc>
      </w:tr>
      <w:tr w:rsidR="007561AB" w14:paraId="2DC2F5A1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594CCBE2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Planowana wartość projektu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2367211" w14:textId="77777777" w:rsidR="007561AB" w:rsidRDefault="00000000">
            <w:pPr>
              <w:spacing w:after="0"/>
            </w:pPr>
            <w:r>
              <w:rPr>
                <w:sz w:val="16"/>
              </w:rPr>
              <w:t>[KWOTA / DO USTALENIA]</w:t>
            </w:r>
          </w:p>
        </w:tc>
      </w:tr>
    </w:tbl>
    <w:p w14:paraId="2B55FA48" w14:textId="77777777" w:rsidR="007561AB" w:rsidRDefault="00000000">
      <w:pPr>
        <w:pStyle w:val="Nagwek1"/>
      </w:pPr>
      <w:r>
        <w:t>2. Problem i potrzeba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561AB" w14:paraId="43446167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1C6F5900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Jaki konkretny problem chcemy rozwiązać?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6B61B5B" w14:textId="77777777" w:rsidR="007561AB" w:rsidRDefault="00000000">
            <w:pPr>
              <w:spacing w:after="0"/>
            </w:pPr>
            <w:r>
              <w:rPr>
                <w:sz w:val="16"/>
              </w:rPr>
              <w:t>[1–3 ZDANIA – OPIS STANU, KTÓRY CHCEMY ZMIENIĆ]</w:t>
            </w:r>
          </w:p>
        </w:tc>
      </w:tr>
      <w:tr w:rsidR="007561AB" w14:paraId="677B2511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1598343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Skąd wiemy, że problem istnieje?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520D68D2" w14:textId="77777777" w:rsidR="007561AB" w:rsidRDefault="00000000">
            <w:pPr>
              <w:spacing w:after="0"/>
            </w:pPr>
            <w:r>
              <w:rPr>
                <w:sz w:val="16"/>
              </w:rPr>
              <w:t>[DANE, ANKIETY, KONSULTACJE, STATYSTYKI, DOŚWIADCZENIE ORGANIZACJI, ŹRÓDŁA]</w:t>
            </w:r>
          </w:p>
        </w:tc>
      </w:tr>
      <w:tr w:rsidR="007561AB" w14:paraId="7EB743EC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A49E2C6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Jakie są najważniejsze przyczyny problemu?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F8DD1D1" w14:textId="77777777" w:rsidR="007561AB" w:rsidRDefault="00000000">
            <w:pPr>
              <w:spacing w:after="0"/>
            </w:pPr>
            <w:r>
              <w:rPr>
                <w:sz w:val="16"/>
              </w:rPr>
              <w:t>[2–4 PRZYCZYNY]</w:t>
            </w:r>
          </w:p>
        </w:tc>
      </w:tr>
      <w:tr w:rsidR="007561AB" w14:paraId="4EA395FC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57B59E75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Co się stanie, jeśli nie podejmiemy działania?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6D8CD3BB" w14:textId="77777777" w:rsidR="007561AB" w:rsidRDefault="00000000">
            <w:pPr>
              <w:spacing w:after="0"/>
            </w:pPr>
            <w:r>
              <w:rPr>
                <w:sz w:val="16"/>
              </w:rPr>
              <w:t>[KRÓTKO – KONSEKWENCJE / SKALA PROBLEMU]</w:t>
            </w:r>
          </w:p>
        </w:tc>
      </w:tr>
    </w:tbl>
    <w:p w14:paraId="74BDB17F" w14:textId="77777777" w:rsidR="007561AB" w:rsidRDefault="00000000">
      <w:pPr>
        <w:pStyle w:val="Instrukcja"/>
      </w:pPr>
      <w:r>
        <w:t>Dobra diagnoza nie opisuje wyłącznie „braku projektu” lub „braku szkoleń”. Pokazuje rzeczywistą sytuację odbiorców, jej przyczyny i dowody.</w:t>
      </w:r>
    </w:p>
    <w:p w14:paraId="2C4F43E2" w14:textId="77777777" w:rsidR="007561AB" w:rsidRDefault="00000000">
      <w:pPr>
        <w:pStyle w:val="Nagwek1"/>
      </w:pPr>
      <w:r>
        <w:t>3. Grupa docelowa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561AB" w14:paraId="7532B2FC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7EBFA8F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Kto będzie bezpośrednim odbiorcą?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32F82867" w14:textId="77777777" w:rsidR="007561AB" w:rsidRDefault="00000000">
            <w:pPr>
              <w:spacing w:after="0"/>
            </w:pPr>
            <w:r>
              <w:rPr>
                <w:sz w:val="16"/>
              </w:rPr>
              <w:t>[KONKRETNA GRUPA / GRUPY]</w:t>
            </w:r>
          </w:p>
        </w:tc>
      </w:tr>
      <w:tr w:rsidR="007561AB" w14:paraId="30A40FB7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50956E6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Ilu odbiorców planujemy objąć wsparciem?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42577804" w14:textId="77777777" w:rsidR="007561AB" w:rsidRDefault="00000000">
            <w:pPr>
              <w:spacing w:after="0"/>
            </w:pPr>
            <w:r>
              <w:rPr>
                <w:sz w:val="16"/>
              </w:rPr>
              <w:t>[LICZBA / SZACUNEK]</w:t>
            </w:r>
          </w:p>
        </w:tc>
      </w:tr>
      <w:tr w:rsidR="007561AB" w14:paraId="079B8808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20FBA64A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Jakie potrzeby tej grupy odpowiadają diagnozie?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127314F" w14:textId="77777777" w:rsidR="007561AB" w:rsidRDefault="00000000">
            <w:pPr>
              <w:spacing w:after="0"/>
            </w:pPr>
            <w:r>
              <w:rPr>
                <w:sz w:val="16"/>
              </w:rPr>
              <w:t>[KRÓTKO]</w:t>
            </w:r>
          </w:p>
        </w:tc>
      </w:tr>
      <w:tr w:rsidR="007561AB" w14:paraId="230AC5BA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4BE56C5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Jak dotrzemy do uczestników?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4513C8CA" w14:textId="77777777" w:rsidR="007561AB" w:rsidRDefault="00000000">
            <w:pPr>
              <w:spacing w:after="0"/>
            </w:pPr>
            <w:r>
              <w:rPr>
                <w:sz w:val="16"/>
              </w:rPr>
              <w:t>[REKRUTACJA / PARTNERZY / KANAŁY INFORMACJI]</w:t>
            </w:r>
          </w:p>
        </w:tc>
      </w:tr>
      <w:tr w:rsidR="007561AB" w14:paraId="0F0C63BD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F5029F6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Czy trzeba zapewnić szczególne rozwiązania dostępności?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166C7D0" w14:textId="77777777" w:rsidR="007561AB" w:rsidRDefault="00000000">
            <w:pPr>
              <w:spacing w:after="0"/>
            </w:pPr>
            <w:r>
              <w:rPr>
                <w:sz w:val="16"/>
              </w:rPr>
              <w:t>[TAK – JAKIE / NIE / DO WERYFIKACJI]</w:t>
            </w:r>
          </w:p>
        </w:tc>
      </w:tr>
    </w:tbl>
    <w:p w14:paraId="695AEFCC" w14:textId="77777777" w:rsidR="007561AB" w:rsidRDefault="00000000">
      <w:pPr>
        <w:pStyle w:val="Nagwek1"/>
      </w:pPr>
      <w:r>
        <w:t>4. Cel projektu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561AB" w14:paraId="7780C130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0AE5068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Cel główny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1A4F83D2" w14:textId="77777777" w:rsidR="007561AB" w:rsidRDefault="00000000">
            <w:pPr>
              <w:spacing w:after="0"/>
            </w:pPr>
            <w:r>
              <w:rPr>
                <w:sz w:val="16"/>
              </w:rPr>
              <w:t>[JAKA ZMIANA MA NASTĄPIĆ, U KOGO, GDZIE I W JAKIM CZASIE?]</w:t>
            </w:r>
          </w:p>
        </w:tc>
      </w:tr>
      <w:tr w:rsidR="007561AB" w14:paraId="3626750B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21804D98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Cele szczegółowe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522D7D22" w14:textId="77777777" w:rsidR="007561AB" w:rsidRDefault="00000000">
            <w:pPr>
              <w:spacing w:after="0"/>
            </w:pPr>
            <w:r>
              <w:rPr>
                <w:sz w:val="16"/>
              </w:rPr>
              <w:t>[2–3 CELE PROWADZĄCE DO CELU GŁÓWNEGO]</w:t>
            </w:r>
          </w:p>
        </w:tc>
      </w:tr>
    </w:tbl>
    <w:p w14:paraId="7C64EBDA" w14:textId="77777777" w:rsidR="007561AB" w:rsidRDefault="00000000">
      <w:pPr>
        <w:pStyle w:val="Instrukcja"/>
      </w:pPr>
      <w:r>
        <w:t>Cel powinien opisywać oczekiwaną zmianę. „Przeprowadzenie warsztatów” jest działaniem, a nie celem.</w:t>
      </w:r>
    </w:p>
    <w:p w14:paraId="46B907A0" w14:textId="77777777" w:rsidR="007561AB" w:rsidRDefault="00000000">
      <w:pPr>
        <w:pStyle w:val="Nagwek1"/>
      </w:pPr>
      <w:r>
        <w:t>5. Działania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7561AB" w14:paraId="481B80A2" w14:textId="77777777">
        <w:trPr>
          <w:jc w:val="center"/>
        </w:trPr>
        <w:tc>
          <w:tcPr>
            <w:tcW w:w="2550" w:type="dxa"/>
            <w:shd w:val="clear" w:color="auto" w:fill="D9EAF7"/>
            <w:vAlign w:val="center"/>
          </w:tcPr>
          <w:p w14:paraId="436661A9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Działanie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49BD76BF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Co dokładnie zrobimy?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04815BE0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Dla kogo / skala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71AE55B9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Termin</w:t>
            </w:r>
          </w:p>
        </w:tc>
      </w:tr>
      <w:tr w:rsidR="007561AB" w14:paraId="3DE3F3C4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6222AC61" w14:textId="77777777" w:rsidR="007561AB" w:rsidRDefault="00000000">
            <w:pPr>
              <w:spacing w:after="0"/>
            </w:pPr>
            <w:r>
              <w:rPr>
                <w:sz w:val="15"/>
              </w:rPr>
              <w:t>1. [NAZWA]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673BE3CC" w14:textId="77777777" w:rsidR="007561AB" w:rsidRDefault="00000000">
            <w:pPr>
              <w:spacing w:after="0"/>
            </w:pPr>
            <w:r>
              <w:rPr>
                <w:sz w:val="15"/>
              </w:rPr>
              <w:t>[OPIS]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7F9EEBC9" w14:textId="77777777" w:rsidR="007561AB" w:rsidRDefault="00000000">
            <w:pPr>
              <w:spacing w:after="0"/>
            </w:pPr>
            <w:r>
              <w:rPr>
                <w:sz w:val="15"/>
              </w:rPr>
              <w:t>[ODBIORCY / LICZBA]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0EC886B1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</w:tr>
      <w:tr w:rsidR="007561AB" w14:paraId="4604C707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6D0B7A45" w14:textId="77777777" w:rsidR="007561AB" w:rsidRDefault="00000000">
            <w:pPr>
              <w:spacing w:after="0"/>
            </w:pPr>
            <w:r>
              <w:rPr>
                <w:sz w:val="15"/>
              </w:rPr>
              <w:t>2. [NAZWA]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6C5EA1A0" w14:textId="77777777" w:rsidR="007561AB" w:rsidRDefault="00000000">
            <w:pPr>
              <w:spacing w:after="0"/>
            </w:pPr>
            <w:r>
              <w:rPr>
                <w:sz w:val="15"/>
              </w:rPr>
              <w:t>[OPIS]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056B5B02" w14:textId="77777777" w:rsidR="007561AB" w:rsidRDefault="00000000">
            <w:pPr>
              <w:spacing w:after="0"/>
            </w:pPr>
            <w:r>
              <w:rPr>
                <w:sz w:val="15"/>
              </w:rPr>
              <w:t>[ODBIORCY / LICZBA]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028F1427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</w:tr>
      <w:tr w:rsidR="007561AB" w14:paraId="2E077CC5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40542D7D" w14:textId="77777777" w:rsidR="007561AB" w:rsidRDefault="00000000">
            <w:pPr>
              <w:spacing w:after="0"/>
            </w:pPr>
            <w:r>
              <w:rPr>
                <w:sz w:val="15"/>
              </w:rPr>
              <w:t>3. [NAZWA]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7861EC00" w14:textId="77777777" w:rsidR="007561AB" w:rsidRDefault="00000000">
            <w:pPr>
              <w:spacing w:after="0"/>
            </w:pPr>
            <w:r>
              <w:rPr>
                <w:sz w:val="15"/>
              </w:rPr>
              <w:t>[OPIS]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5FA7A2CD" w14:textId="77777777" w:rsidR="007561AB" w:rsidRDefault="00000000">
            <w:pPr>
              <w:spacing w:after="0"/>
            </w:pPr>
            <w:r>
              <w:rPr>
                <w:sz w:val="15"/>
              </w:rPr>
              <w:t>[ODBIORCY / LICZBA]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3D1D7468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</w:tr>
      <w:tr w:rsidR="007561AB" w14:paraId="7E078C9B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704A53E0" w14:textId="77777777" w:rsidR="007561AB" w:rsidRDefault="00000000">
            <w:pPr>
              <w:spacing w:after="0"/>
            </w:pPr>
            <w:r>
              <w:rPr>
                <w:sz w:val="15"/>
              </w:rPr>
              <w:t>4. [NAZWA]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6E80AF0F" w14:textId="77777777" w:rsidR="007561AB" w:rsidRDefault="00000000">
            <w:pPr>
              <w:spacing w:after="0"/>
            </w:pPr>
            <w:r>
              <w:rPr>
                <w:sz w:val="15"/>
              </w:rPr>
              <w:t>[OPIS]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59C8C7DC" w14:textId="77777777" w:rsidR="007561AB" w:rsidRDefault="00000000">
            <w:pPr>
              <w:spacing w:after="0"/>
            </w:pPr>
            <w:r>
              <w:rPr>
                <w:sz w:val="15"/>
              </w:rPr>
              <w:t>[ODBIORCY / LICZBA]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06A8350B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</w:tr>
      <w:tr w:rsidR="007561AB" w14:paraId="0BED41D6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02AA1D8F" w14:textId="77777777" w:rsidR="007561AB" w:rsidRDefault="00000000">
            <w:pPr>
              <w:spacing w:after="0"/>
            </w:pPr>
            <w:r>
              <w:rPr>
                <w:sz w:val="15"/>
              </w:rPr>
              <w:t>5. [NAZWA]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533CA52E" w14:textId="77777777" w:rsidR="007561AB" w:rsidRDefault="00000000">
            <w:pPr>
              <w:spacing w:after="0"/>
            </w:pPr>
            <w:r>
              <w:rPr>
                <w:sz w:val="15"/>
              </w:rPr>
              <w:t>[OPIS]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5899B253" w14:textId="77777777" w:rsidR="007561AB" w:rsidRDefault="00000000">
            <w:pPr>
              <w:spacing w:after="0"/>
            </w:pPr>
            <w:r>
              <w:rPr>
                <w:sz w:val="15"/>
              </w:rPr>
              <w:t>[ODBIORCY / LICZBA]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1B5AF81D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</w:tr>
    </w:tbl>
    <w:p w14:paraId="2803654B" w14:textId="77777777" w:rsidR="007561AB" w:rsidRDefault="00000000">
      <w:pPr>
        <w:pStyle w:val="Nagwek1"/>
      </w:pPr>
      <w:r>
        <w:t>6. Rezultaty i wskaźniki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7561AB" w14:paraId="770FBA02" w14:textId="77777777">
        <w:trPr>
          <w:jc w:val="center"/>
        </w:trPr>
        <w:tc>
          <w:tcPr>
            <w:tcW w:w="2550" w:type="dxa"/>
            <w:shd w:val="clear" w:color="auto" w:fill="D9EAF7"/>
            <w:vAlign w:val="center"/>
          </w:tcPr>
          <w:p w14:paraId="2551AAB7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Oczekiwany rezultat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490EF85C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Wskaźnik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5E5ABF01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Wartość docelowa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5A5E848B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Jak zmierzymy / dokument?</w:t>
            </w:r>
          </w:p>
        </w:tc>
      </w:tr>
      <w:tr w:rsidR="007561AB" w14:paraId="23539D77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315FE60C" w14:textId="77777777" w:rsidR="007561AB" w:rsidRDefault="00000000">
            <w:pPr>
              <w:spacing w:after="0"/>
            </w:pPr>
            <w:r>
              <w:rPr>
                <w:sz w:val="14"/>
              </w:rPr>
              <w:t>[ZMIANA / EFEKT]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470935FF" w14:textId="77777777" w:rsidR="007561AB" w:rsidRDefault="00000000">
            <w:pPr>
              <w:spacing w:after="0"/>
            </w:pPr>
            <w:r>
              <w:rPr>
                <w:sz w:val="14"/>
              </w:rPr>
              <w:t>[MIARA]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47695718" w14:textId="77777777" w:rsidR="007561AB" w:rsidRDefault="00000000">
            <w:pPr>
              <w:spacing w:after="0"/>
            </w:pPr>
            <w:r>
              <w:rPr>
                <w:sz w:val="14"/>
              </w:rPr>
              <w:t>[LICZBA / %]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2F3F1D4B" w14:textId="77777777" w:rsidR="007561AB" w:rsidRDefault="00000000">
            <w:pPr>
              <w:spacing w:after="0"/>
            </w:pPr>
            <w:r>
              <w:rPr>
                <w:sz w:val="14"/>
              </w:rPr>
              <w:t>[ŹRÓDŁO POMIARU]</w:t>
            </w:r>
          </w:p>
        </w:tc>
      </w:tr>
      <w:tr w:rsidR="007561AB" w14:paraId="7A502BA5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59CCA230" w14:textId="77777777" w:rsidR="007561AB" w:rsidRDefault="00000000">
            <w:pPr>
              <w:spacing w:after="0"/>
            </w:pPr>
            <w:r>
              <w:rPr>
                <w:sz w:val="14"/>
              </w:rPr>
              <w:t>[ZMIANA / EFEKT]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1A7701FA" w14:textId="77777777" w:rsidR="007561AB" w:rsidRDefault="00000000">
            <w:pPr>
              <w:spacing w:after="0"/>
            </w:pPr>
            <w:r>
              <w:rPr>
                <w:sz w:val="14"/>
              </w:rPr>
              <w:t>[MIARA]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629394EE" w14:textId="77777777" w:rsidR="007561AB" w:rsidRDefault="00000000">
            <w:pPr>
              <w:spacing w:after="0"/>
            </w:pPr>
            <w:r>
              <w:rPr>
                <w:sz w:val="14"/>
              </w:rPr>
              <w:t>[LICZBA / %]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52C568BE" w14:textId="77777777" w:rsidR="007561AB" w:rsidRDefault="00000000">
            <w:pPr>
              <w:spacing w:after="0"/>
            </w:pPr>
            <w:r>
              <w:rPr>
                <w:sz w:val="14"/>
              </w:rPr>
              <w:t>[ŹRÓDŁO POMIARU]</w:t>
            </w:r>
          </w:p>
        </w:tc>
      </w:tr>
      <w:tr w:rsidR="007561AB" w14:paraId="1ACEB4F2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70A744FC" w14:textId="77777777" w:rsidR="007561AB" w:rsidRDefault="00000000">
            <w:pPr>
              <w:spacing w:after="0"/>
            </w:pPr>
            <w:r>
              <w:rPr>
                <w:sz w:val="14"/>
              </w:rPr>
              <w:t>[ZMIANA / EFEKT]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5C0E750D" w14:textId="77777777" w:rsidR="007561AB" w:rsidRDefault="00000000">
            <w:pPr>
              <w:spacing w:after="0"/>
            </w:pPr>
            <w:r>
              <w:rPr>
                <w:sz w:val="14"/>
              </w:rPr>
              <w:t>[MIARA]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31AD5727" w14:textId="77777777" w:rsidR="007561AB" w:rsidRDefault="00000000">
            <w:pPr>
              <w:spacing w:after="0"/>
            </w:pPr>
            <w:r>
              <w:rPr>
                <w:sz w:val="14"/>
              </w:rPr>
              <w:t>[LICZBA / %]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61F54E6E" w14:textId="77777777" w:rsidR="007561AB" w:rsidRDefault="00000000">
            <w:pPr>
              <w:spacing w:after="0"/>
            </w:pPr>
            <w:r>
              <w:rPr>
                <w:sz w:val="14"/>
              </w:rPr>
              <w:t>[ŹRÓDŁO POMIARU]</w:t>
            </w:r>
          </w:p>
        </w:tc>
      </w:tr>
      <w:tr w:rsidR="007561AB" w14:paraId="47ED7060" w14:textId="77777777">
        <w:trPr>
          <w:jc w:val="center"/>
        </w:trPr>
        <w:tc>
          <w:tcPr>
            <w:tcW w:w="2550" w:type="dxa"/>
            <w:shd w:val="clear" w:color="auto" w:fill="FFF2CC"/>
            <w:vAlign w:val="center"/>
          </w:tcPr>
          <w:p w14:paraId="0700595F" w14:textId="77777777" w:rsidR="007561AB" w:rsidRDefault="00000000">
            <w:pPr>
              <w:spacing w:after="0"/>
            </w:pPr>
            <w:r>
              <w:rPr>
                <w:sz w:val="14"/>
              </w:rPr>
              <w:t>[ZMIANA / EFEKT]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3371407E" w14:textId="77777777" w:rsidR="007561AB" w:rsidRDefault="00000000">
            <w:pPr>
              <w:spacing w:after="0"/>
            </w:pPr>
            <w:r>
              <w:rPr>
                <w:sz w:val="14"/>
              </w:rPr>
              <w:t>[MIARA]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1AC3F758" w14:textId="77777777" w:rsidR="007561AB" w:rsidRDefault="00000000">
            <w:pPr>
              <w:spacing w:after="0"/>
            </w:pPr>
            <w:r>
              <w:rPr>
                <w:sz w:val="14"/>
              </w:rPr>
              <w:t>[LICZBA / %]</w:t>
            </w:r>
          </w:p>
        </w:tc>
        <w:tc>
          <w:tcPr>
            <w:tcW w:w="2550" w:type="dxa"/>
            <w:shd w:val="clear" w:color="auto" w:fill="FFF2CC"/>
            <w:vAlign w:val="center"/>
          </w:tcPr>
          <w:p w14:paraId="6AF4AF14" w14:textId="77777777" w:rsidR="007561AB" w:rsidRDefault="00000000">
            <w:pPr>
              <w:spacing w:after="0"/>
            </w:pPr>
            <w:r>
              <w:rPr>
                <w:sz w:val="14"/>
              </w:rPr>
              <w:t>[ŹRÓDŁO POMIARU]</w:t>
            </w:r>
          </w:p>
        </w:tc>
      </w:tr>
    </w:tbl>
    <w:p w14:paraId="7AFCF21B" w14:textId="77777777" w:rsidR="007561AB" w:rsidRDefault="00000000">
      <w:pPr>
        <w:pStyle w:val="Instrukcja"/>
      </w:pPr>
      <w:r>
        <w:t>Sprawdź ciąg: każde działanie powinno prowadzić do rezultatu, a każdy ważny rezultat powinien mieć mierzalny wskaźnik i sposób pomiaru.</w:t>
      </w:r>
    </w:p>
    <w:p w14:paraId="54E0F0D7" w14:textId="77777777" w:rsidR="007561AB" w:rsidRDefault="00000000">
      <w:pPr>
        <w:pStyle w:val="Nagwek1"/>
      </w:pPr>
      <w:r>
        <w:t>7. Zespół i partnerzy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561AB" w14:paraId="20389774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54844BD6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Kto będzie zarządzał projektem?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25E2183" w14:textId="77777777" w:rsidR="007561AB" w:rsidRDefault="00000000">
            <w:pPr>
              <w:spacing w:after="0"/>
            </w:pPr>
            <w:r>
              <w:rPr>
                <w:sz w:val="16"/>
              </w:rPr>
              <w:t>[FUNKCJA / OSOBA / DO REKRUTACJI]</w:t>
            </w:r>
          </w:p>
        </w:tc>
      </w:tr>
      <w:tr w:rsidR="007561AB" w14:paraId="43B7A396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616F02B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Jakich kompetencji potrzebujemy?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29086FD9" w14:textId="77777777" w:rsidR="007561AB" w:rsidRDefault="00000000">
            <w:pPr>
              <w:spacing w:after="0"/>
            </w:pPr>
            <w:r>
              <w:rPr>
                <w:sz w:val="16"/>
              </w:rPr>
              <w:t>[EKSPERCI / TRENERZY / KSIĘGOWOŚĆ / PROMOCJA / INNE]</w:t>
            </w:r>
          </w:p>
        </w:tc>
      </w:tr>
      <w:tr w:rsidR="007561AB" w14:paraId="404B2DEA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70B7D77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Czy projekt wymaga partnera?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0ED9457B" w14:textId="77777777" w:rsidR="007561AB" w:rsidRDefault="00000000">
            <w:pPr>
              <w:spacing w:after="0"/>
            </w:pPr>
            <w:r>
              <w:rPr>
                <w:sz w:val="16"/>
              </w:rPr>
              <w:t>[TAK / NIE / DO ROZWAŻENIA]</w:t>
            </w:r>
          </w:p>
        </w:tc>
      </w:tr>
      <w:tr w:rsidR="007561AB" w14:paraId="078A5536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1F2D469F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Planowani partnerzy i ich rola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26FB08B8" w14:textId="77777777" w:rsidR="007561AB" w:rsidRDefault="00000000">
            <w:pPr>
              <w:spacing w:after="0"/>
            </w:pPr>
            <w:r>
              <w:rPr>
                <w:sz w:val="16"/>
              </w:rPr>
              <w:t>[NAZWA + KONKRETNY WKŁAD / NIE DOTYCZY]</w:t>
            </w:r>
          </w:p>
        </w:tc>
      </w:tr>
      <w:tr w:rsidR="007561AB" w14:paraId="255CCC70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0F3AE57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Czy potrzebne są listy intencyjne / umowy?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F742282" w14:textId="77777777" w:rsidR="007561AB" w:rsidRDefault="00000000">
            <w:pPr>
              <w:spacing w:after="0"/>
            </w:pPr>
            <w:r>
              <w:rPr>
                <w:sz w:val="16"/>
              </w:rPr>
              <w:t>[TAK / NIE / DO SPRAWDZENIA W REGULAMINIE]</w:t>
            </w:r>
          </w:p>
        </w:tc>
      </w:tr>
    </w:tbl>
    <w:p w14:paraId="741BBE39" w14:textId="77777777" w:rsidR="007561AB" w:rsidRDefault="00000000">
      <w:pPr>
        <w:pStyle w:val="Nagwek1"/>
      </w:pPr>
      <w:r>
        <w:t>8. Budżet – szybka kalkulacja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1700"/>
        <w:gridCol w:w="1700"/>
        <w:gridCol w:w="3400"/>
      </w:tblGrid>
      <w:tr w:rsidR="007561AB" w14:paraId="130CA239" w14:textId="77777777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675D933B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Główna grupa kosztów</w:t>
            </w:r>
          </w:p>
        </w:tc>
        <w:tc>
          <w:tcPr>
            <w:tcW w:w="3400" w:type="dxa"/>
            <w:gridSpan w:val="2"/>
            <w:shd w:val="clear" w:color="auto" w:fill="D9EAF7"/>
            <w:vAlign w:val="center"/>
          </w:tcPr>
          <w:p w14:paraId="0BE62876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Szacunkowa kwota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17AAEB2C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Powiązane działanie</w:t>
            </w:r>
          </w:p>
        </w:tc>
      </w:tr>
      <w:tr w:rsidR="007561AB" w14:paraId="06E46873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66B810C3" w14:textId="77777777" w:rsidR="007561AB" w:rsidRDefault="00000000">
            <w:pPr>
              <w:spacing w:after="0"/>
            </w:pPr>
            <w:r>
              <w:rPr>
                <w:sz w:val="15"/>
              </w:rPr>
              <w:t>[KOSZT]</w:t>
            </w:r>
          </w:p>
        </w:tc>
        <w:tc>
          <w:tcPr>
            <w:tcW w:w="3400" w:type="dxa"/>
            <w:gridSpan w:val="2"/>
            <w:shd w:val="clear" w:color="auto" w:fill="FFF2CC"/>
            <w:vAlign w:val="center"/>
          </w:tcPr>
          <w:p w14:paraId="3E68018D" w14:textId="77777777" w:rsidR="007561AB" w:rsidRDefault="00000000">
            <w:pPr>
              <w:spacing w:after="0"/>
            </w:pPr>
            <w:r>
              <w:rPr>
                <w:sz w:val="15"/>
              </w:rPr>
              <w:t>[KWOTA]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3710499A" w14:textId="77777777" w:rsidR="007561AB" w:rsidRDefault="00000000">
            <w:pPr>
              <w:spacing w:after="0"/>
            </w:pPr>
            <w:r>
              <w:rPr>
                <w:sz w:val="15"/>
              </w:rPr>
              <w:t>[DZIAŁANIE NR ...]</w:t>
            </w:r>
          </w:p>
        </w:tc>
      </w:tr>
      <w:tr w:rsidR="007561AB" w14:paraId="2DF0CAE0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0387AC8B" w14:textId="77777777" w:rsidR="007561AB" w:rsidRDefault="00000000">
            <w:pPr>
              <w:spacing w:after="0"/>
            </w:pPr>
            <w:r>
              <w:rPr>
                <w:sz w:val="15"/>
              </w:rPr>
              <w:t>[KOSZT]</w:t>
            </w:r>
          </w:p>
        </w:tc>
        <w:tc>
          <w:tcPr>
            <w:tcW w:w="3400" w:type="dxa"/>
            <w:gridSpan w:val="2"/>
            <w:shd w:val="clear" w:color="auto" w:fill="FFF2CC"/>
            <w:vAlign w:val="center"/>
          </w:tcPr>
          <w:p w14:paraId="06F2FCC8" w14:textId="77777777" w:rsidR="007561AB" w:rsidRDefault="00000000">
            <w:pPr>
              <w:spacing w:after="0"/>
            </w:pPr>
            <w:r>
              <w:rPr>
                <w:sz w:val="15"/>
              </w:rPr>
              <w:t>[KWOTA]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32D8458C" w14:textId="77777777" w:rsidR="007561AB" w:rsidRDefault="00000000">
            <w:pPr>
              <w:spacing w:after="0"/>
            </w:pPr>
            <w:r>
              <w:rPr>
                <w:sz w:val="15"/>
              </w:rPr>
              <w:t>[DZIAŁANIE NR ...]</w:t>
            </w:r>
          </w:p>
        </w:tc>
      </w:tr>
      <w:tr w:rsidR="007561AB" w14:paraId="215DACBC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09A3C400" w14:textId="77777777" w:rsidR="007561AB" w:rsidRDefault="00000000">
            <w:pPr>
              <w:spacing w:after="0"/>
            </w:pPr>
            <w:r>
              <w:rPr>
                <w:sz w:val="15"/>
              </w:rPr>
              <w:t>[KOSZT]</w:t>
            </w:r>
          </w:p>
        </w:tc>
        <w:tc>
          <w:tcPr>
            <w:tcW w:w="3400" w:type="dxa"/>
            <w:gridSpan w:val="2"/>
            <w:shd w:val="clear" w:color="auto" w:fill="FFF2CC"/>
            <w:vAlign w:val="center"/>
          </w:tcPr>
          <w:p w14:paraId="6AA2F88F" w14:textId="77777777" w:rsidR="007561AB" w:rsidRDefault="00000000">
            <w:pPr>
              <w:spacing w:after="0"/>
            </w:pPr>
            <w:r>
              <w:rPr>
                <w:sz w:val="15"/>
              </w:rPr>
              <w:t>[KWOTA]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09266782" w14:textId="77777777" w:rsidR="007561AB" w:rsidRDefault="00000000">
            <w:pPr>
              <w:spacing w:after="0"/>
            </w:pPr>
            <w:r>
              <w:rPr>
                <w:sz w:val="15"/>
              </w:rPr>
              <w:t>[DZIAŁANIE NR ...]</w:t>
            </w:r>
          </w:p>
        </w:tc>
      </w:tr>
      <w:tr w:rsidR="007561AB" w14:paraId="0AABE661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21B87F37" w14:textId="77777777" w:rsidR="007561AB" w:rsidRDefault="00000000">
            <w:pPr>
              <w:spacing w:after="0"/>
            </w:pPr>
            <w:r>
              <w:rPr>
                <w:sz w:val="15"/>
              </w:rPr>
              <w:t>[KOSZT]</w:t>
            </w:r>
          </w:p>
        </w:tc>
        <w:tc>
          <w:tcPr>
            <w:tcW w:w="3400" w:type="dxa"/>
            <w:gridSpan w:val="2"/>
            <w:shd w:val="clear" w:color="auto" w:fill="FFF2CC"/>
            <w:vAlign w:val="center"/>
          </w:tcPr>
          <w:p w14:paraId="3DF52F6E" w14:textId="77777777" w:rsidR="007561AB" w:rsidRDefault="00000000">
            <w:pPr>
              <w:spacing w:after="0"/>
            </w:pPr>
            <w:r>
              <w:rPr>
                <w:sz w:val="15"/>
              </w:rPr>
              <w:t>[KWOTA]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02296F9F" w14:textId="77777777" w:rsidR="007561AB" w:rsidRDefault="00000000">
            <w:pPr>
              <w:spacing w:after="0"/>
            </w:pPr>
            <w:r>
              <w:rPr>
                <w:sz w:val="15"/>
              </w:rPr>
              <w:t>[DZIAŁANIE NR ...]</w:t>
            </w:r>
          </w:p>
        </w:tc>
      </w:tr>
      <w:tr w:rsidR="007561AB" w14:paraId="7C052A42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7FB1D2E1" w14:textId="77777777" w:rsidR="007561AB" w:rsidRDefault="00000000">
            <w:pPr>
              <w:spacing w:after="0"/>
            </w:pPr>
            <w:r>
              <w:rPr>
                <w:sz w:val="15"/>
              </w:rPr>
              <w:lastRenderedPageBreak/>
              <w:t>[KOSZT]</w:t>
            </w:r>
          </w:p>
        </w:tc>
        <w:tc>
          <w:tcPr>
            <w:tcW w:w="3400" w:type="dxa"/>
            <w:gridSpan w:val="2"/>
            <w:shd w:val="clear" w:color="auto" w:fill="FFF2CC"/>
            <w:vAlign w:val="center"/>
          </w:tcPr>
          <w:p w14:paraId="63F4090C" w14:textId="77777777" w:rsidR="007561AB" w:rsidRDefault="00000000">
            <w:pPr>
              <w:spacing w:after="0"/>
            </w:pPr>
            <w:r>
              <w:rPr>
                <w:sz w:val="15"/>
              </w:rPr>
              <w:t>[KWOTA]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240C0414" w14:textId="77777777" w:rsidR="007561AB" w:rsidRDefault="00000000">
            <w:pPr>
              <w:spacing w:after="0"/>
            </w:pPr>
            <w:r>
              <w:rPr>
                <w:sz w:val="15"/>
              </w:rPr>
              <w:t>[DZIAŁANIE NR ...]</w:t>
            </w:r>
          </w:p>
        </w:tc>
      </w:tr>
      <w:tr w:rsidR="007561AB" w14:paraId="3A2B06CA" w14:textId="77777777">
        <w:trPr>
          <w:jc w:val="center"/>
        </w:trPr>
        <w:tc>
          <w:tcPr>
            <w:tcW w:w="5100" w:type="dxa"/>
            <w:gridSpan w:val="2"/>
            <w:shd w:val="clear" w:color="auto" w:fill="D9EAF7"/>
            <w:vAlign w:val="center"/>
          </w:tcPr>
          <w:p w14:paraId="6D33329D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Łączny szacunkowy budżet</w:t>
            </w:r>
          </w:p>
        </w:tc>
        <w:tc>
          <w:tcPr>
            <w:tcW w:w="5100" w:type="dxa"/>
            <w:gridSpan w:val="2"/>
            <w:shd w:val="clear" w:color="auto" w:fill="FFF2CC"/>
            <w:vAlign w:val="center"/>
          </w:tcPr>
          <w:p w14:paraId="6029AEFD" w14:textId="77777777" w:rsidR="007561AB" w:rsidRDefault="00000000">
            <w:pPr>
              <w:spacing w:after="0"/>
            </w:pPr>
            <w:r>
              <w:rPr>
                <w:sz w:val="16"/>
              </w:rPr>
              <w:t>[KWOTA]</w:t>
            </w:r>
          </w:p>
        </w:tc>
      </w:tr>
      <w:tr w:rsidR="007561AB" w14:paraId="23409FA2" w14:textId="77777777">
        <w:trPr>
          <w:jc w:val="center"/>
        </w:trPr>
        <w:tc>
          <w:tcPr>
            <w:tcW w:w="5100" w:type="dxa"/>
            <w:gridSpan w:val="2"/>
            <w:shd w:val="clear" w:color="auto" w:fill="D9EAF7"/>
            <w:vAlign w:val="center"/>
          </w:tcPr>
          <w:p w14:paraId="1FB035EC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Planowana dotacja</w:t>
            </w:r>
          </w:p>
        </w:tc>
        <w:tc>
          <w:tcPr>
            <w:tcW w:w="5100" w:type="dxa"/>
            <w:gridSpan w:val="2"/>
            <w:shd w:val="clear" w:color="auto" w:fill="FFF2CC"/>
            <w:vAlign w:val="center"/>
          </w:tcPr>
          <w:p w14:paraId="46115D99" w14:textId="77777777" w:rsidR="007561AB" w:rsidRDefault="00000000">
            <w:pPr>
              <w:spacing w:after="0"/>
            </w:pPr>
            <w:r>
              <w:rPr>
                <w:sz w:val="16"/>
              </w:rPr>
              <w:t>[KWOTA / %]</w:t>
            </w:r>
          </w:p>
        </w:tc>
      </w:tr>
      <w:tr w:rsidR="007561AB" w14:paraId="2DCC06E0" w14:textId="77777777">
        <w:trPr>
          <w:jc w:val="center"/>
        </w:trPr>
        <w:tc>
          <w:tcPr>
            <w:tcW w:w="5100" w:type="dxa"/>
            <w:gridSpan w:val="2"/>
            <w:shd w:val="clear" w:color="auto" w:fill="D9EAF7"/>
            <w:vAlign w:val="center"/>
          </w:tcPr>
          <w:p w14:paraId="0138D6A8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Wkład własny</w:t>
            </w:r>
          </w:p>
        </w:tc>
        <w:tc>
          <w:tcPr>
            <w:tcW w:w="5100" w:type="dxa"/>
            <w:gridSpan w:val="2"/>
            <w:shd w:val="clear" w:color="auto" w:fill="FFF2CC"/>
            <w:vAlign w:val="center"/>
          </w:tcPr>
          <w:p w14:paraId="7C8FA579" w14:textId="77777777" w:rsidR="007561AB" w:rsidRDefault="00000000">
            <w:pPr>
              <w:spacing w:after="0"/>
            </w:pPr>
            <w:r>
              <w:rPr>
                <w:sz w:val="16"/>
              </w:rPr>
              <w:t>[KWOTA / % / NIE WYMAGANY / DO SPRAWDZENIA]</w:t>
            </w:r>
          </w:p>
        </w:tc>
      </w:tr>
    </w:tbl>
    <w:p w14:paraId="07307E65" w14:textId="77777777" w:rsidR="007561AB" w:rsidRDefault="00000000">
      <w:pPr>
        <w:pStyle w:val="Instrukcja"/>
      </w:pPr>
      <w:r>
        <w:t>Na tym etapie nie trzeba znać każdej ceny co do złotówki, ale trzeba sprawdzić, czy skala działań jest realna względem dostępnej dotacji i limitów konkursu.</w:t>
      </w:r>
    </w:p>
    <w:p w14:paraId="6A6D92F3" w14:textId="77777777" w:rsidR="007561AB" w:rsidRDefault="00000000">
      <w:pPr>
        <w:pStyle w:val="Nagwek1"/>
      </w:pPr>
      <w:r>
        <w:t>9. Harmonogram i kamienie milowe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7561AB" w14:paraId="113EA06C" w14:textId="77777777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08AB5F34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Etap / kamień milowy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31700916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Planowany termin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32195780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Co musi być gotowe?</w:t>
            </w:r>
          </w:p>
        </w:tc>
      </w:tr>
      <w:tr w:rsidR="007561AB" w14:paraId="240EDA56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2A9CF753" w14:textId="77777777" w:rsidR="007561AB" w:rsidRDefault="00000000">
            <w:pPr>
              <w:spacing w:after="0"/>
            </w:pPr>
            <w:r>
              <w:rPr>
                <w:sz w:val="15"/>
              </w:rPr>
              <w:t>[ETAP]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62C8E572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50172C64" w14:textId="77777777" w:rsidR="007561AB" w:rsidRDefault="00000000">
            <w:pPr>
              <w:spacing w:after="0"/>
            </w:pPr>
            <w:r>
              <w:rPr>
                <w:sz w:val="15"/>
              </w:rPr>
              <w:t>[REZULTAT / DECYZJA / PRODUKT]</w:t>
            </w:r>
          </w:p>
        </w:tc>
      </w:tr>
      <w:tr w:rsidR="007561AB" w14:paraId="3C58E406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68DADF32" w14:textId="77777777" w:rsidR="007561AB" w:rsidRDefault="00000000">
            <w:pPr>
              <w:spacing w:after="0"/>
            </w:pPr>
            <w:r>
              <w:rPr>
                <w:sz w:val="15"/>
              </w:rPr>
              <w:t>[ETAP]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2FB165B8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4398148B" w14:textId="77777777" w:rsidR="007561AB" w:rsidRDefault="00000000">
            <w:pPr>
              <w:spacing w:after="0"/>
            </w:pPr>
            <w:r>
              <w:rPr>
                <w:sz w:val="15"/>
              </w:rPr>
              <w:t>[REZULTAT / DECYZJA / PRODUKT]</w:t>
            </w:r>
          </w:p>
        </w:tc>
      </w:tr>
      <w:tr w:rsidR="007561AB" w14:paraId="4232116E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3930979E" w14:textId="77777777" w:rsidR="007561AB" w:rsidRDefault="00000000">
            <w:pPr>
              <w:spacing w:after="0"/>
            </w:pPr>
            <w:r>
              <w:rPr>
                <w:sz w:val="15"/>
              </w:rPr>
              <w:t>[ETAP]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18354F49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502F508D" w14:textId="77777777" w:rsidR="007561AB" w:rsidRDefault="00000000">
            <w:pPr>
              <w:spacing w:after="0"/>
            </w:pPr>
            <w:r>
              <w:rPr>
                <w:sz w:val="15"/>
              </w:rPr>
              <w:t>[REZULTAT / DECYZJA / PRODUKT]</w:t>
            </w:r>
          </w:p>
        </w:tc>
      </w:tr>
      <w:tr w:rsidR="007561AB" w14:paraId="6B0A4933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15D38B7F" w14:textId="77777777" w:rsidR="007561AB" w:rsidRDefault="00000000">
            <w:pPr>
              <w:spacing w:after="0"/>
            </w:pPr>
            <w:r>
              <w:rPr>
                <w:sz w:val="15"/>
              </w:rPr>
              <w:t>[ETAP]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6F9B3524" w14:textId="77777777" w:rsidR="007561AB" w:rsidRDefault="00000000">
            <w:pPr>
              <w:spacing w:after="0"/>
            </w:pPr>
            <w:r>
              <w:rPr>
                <w:sz w:val="15"/>
              </w:rPr>
              <w:t>[TERMIN]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30529426" w14:textId="77777777" w:rsidR="007561AB" w:rsidRDefault="00000000">
            <w:pPr>
              <w:spacing w:after="0"/>
            </w:pPr>
            <w:r>
              <w:rPr>
                <w:sz w:val="15"/>
              </w:rPr>
              <w:t>[REZULTAT / DECYZJA / PRODUKT]</w:t>
            </w:r>
          </w:p>
        </w:tc>
      </w:tr>
    </w:tbl>
    <w:p w14:paraId="04A709BD" w14:textId="77777777" w:rsidR="007561AB" w:rsidRDefault="00000000">
      <w:pPr>
        <w:pStyle w:val="Nagwek1"/>
      </w:pPr>
      <w:r>
        <w:t>10. Ryzyka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7561AB" w14:paraId="3D3062CE" w14:textId="77777777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172D53D5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Ryzyko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40F5C063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Wpływ na projekt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2EE25DAC" w14:textId="77777777" w:rsidR="007561AB" w:rsidRDefault="00000000">
            <w:pPr>
              <w:spacing w:after="0"/>
            </w:pPr>
            <w:r>
              <w:rPr>
                <w:b/>
                <w:sz w:val="15"/>
              </w:rPr>
              <w:t>Jak ograniczymy ryzyko?</w:t>
            </w:r>
          </w:p>
        </w:tc>
      </w:tr>
      <w:tr w:rsidR="007561AB" w14:paraId="6A717F5B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044B5214" w14:textId="77777777" w:rsidR="007561AB" w:rsidRDefault="00000000">
            <w:pPr>
              <w:spacing w:after="0"/>
            </w:pPr>
            <w:r>
              <w:rPr>
                <w:sz w:val="14"/>
              </w:rPr>
              <w:t>[RYZYKO]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5898898E" w14:textId="77777777" w:rsidR="007561AB" w:rsidRDefault="00000000">
            <w:pPr>
              <w:spacing w:after="0"/>
            </w:pPr>
            <w:r>
              <w:rPr>
                <w:sz w:val="14"/>
              </w:rPr>
              <w:t>[NISKI / ŚREDNI / WYSOKI + OPIS]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6EE1E094" w14:textId="77777777" w:rsidR="007561AB" w:rsidRDefault="00000000">
            <w:pPr>
              <w:spacing w:after="0"/>
            </w:pPr>
            <w:r>
              <w:rPr>
                <w:sz w:val="14"/>
              </w:rPr>
              <w:t>[DZIAŁANIE ZARADCZE]</w:t>
            </w:r>
          </w:p>
        </w:tc>
      </w:tr>
      <w:tr w:rsidR="007561AB" w14:paraId="25A3F137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1F2FADFD" w14:textId="77777777" w:rsidR="007561AB" w:rsidRDefault="00000000">
            <w:pPr>
              <w:spacing w:after="0"/>
            </w:pPr>
            <w:r>
              <w:rPr>
                <w:sz w:val="14"/>
              </w:rPr>
              <w:t>[RYZYKO]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033273EB" w14:textId="77777777" w:rsidR="007561AB" w:rsidRDefault="00000000">
            <w:pPr>
              <w:spacing w:after="0"/>
            </w:pPr>
            <w:r>
              <w:rPr>
                <w:sz w:val="14"/>
              </w:rPr>
              <w:t>[NISKI / ŚREDNI / WYSOKI + OPIS]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4195A9E8" w14:textId="77777777" w:rsidR="007561AB" w:rsidRDefault="00000000">
            <w:pPr>
              <w:spacing w:after="0"/>
            </w:pPr>
            <w:r>
              <w:rPr>
                <w:sz w:val="14"/>
              </w:rPr>
              <w:t>[DZIAŁANIE ZARADCZE]</w:t>
            </w:r>
          </w:p>
        </w:tc>
      </w:tr>
      <w:tr w:rsidR="007561AB" w14:paraId="78377110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1D69A3D9" w14:textId="77777777" w:rsidR="007561AB" w:rsidRDefault="00000000">
            <w:pPr>
              <w:spacing w:after="0"/>
            </w:pPr>
            <w:r>
              <w:rPr>
                <w:sz w:val="14"/>
              </w:rPr>
              <w:t>[RYZYKO]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78BF7FA4" w14:textId="77777777" w:rsidR="007561AB" w:rsidRDefault="00000000">
            <w:pPr>
              <w:spacing w:after="0"/>
            </w:pPr>
            <w:r>
              <w:rPr>
                <w:sz w:val="14"/>
              </w:rPr>
              <w:t>[NISKI / ŚREDNI / WYSOKI + OPIS]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65909F2D" w14:textId="77777777" w:rsidR="007561AB" w:rsidRDefault="00000000">
            <w:pPr>
              <w:spacing w:after="0"/>
            </w:pPr>
            <w:r>
              <w:rPr>
                <w:sz w:val="14"/>
              </w:rPr>
              <w:t>[DZIAŁANIE ZARADCZE]</w:t>
            </w:r>
          </w:p>
        </w:tc>
      </w:tr>
      <w:tr w:rsidR="007561AB" w14:paraId="7538A36A" w14:textId="77777777">
        <w:trPr>
          <w:jc w:val="center"/>
        </w:trPr>
        <w:tc>
          <w:tcPr>
            <w:tcW w:w="3400" w:type="dxa"/>
            <w:shd w:val="clear" w:color="auto" w:fill="FFF2CC"/>
            <w:vAlign w:val="center"/>
          </w:tcPr>
          <w:p w14:paraId="01F96C5A" w14:textId="77777777" w:rsidR="007561AB" w:rsidRDefault="00000000">
            <w:pPr>
              <w:spacing w:after="0"/>
            </w:pPr>
            <w:r>
              <w:rPr>
                <w:sz w:val="14"/>
              </w:rPr>
              <w:t>[RYZYKO]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58BE5DC9" w14:textId="77777777" w:rsidR="007561AB" w:rsidRDefault="00000000">
            <w:pPr>
              <w:spacing w:after="0"/>
            </w:pPr>
            <w:r>
              <w:rPr>
                <w:sz w:val="14"/>
              </w:rPr>
              <w:t>[NISKI / ŚREDNI / WYSOKI + OPIS]</w:t>
            </w:r>
          </w:p>
        </w:tc>
        <w:tc>
          <w:tcPr>
            <w:tcW w:w="3400" w:type="dxa"/>
            <w:shd w:val="clear" w:color="auto" w:fill="FFF2CC"/>
            <w:vAlign w:val="center"/>
          </w:tcPr>
          <w:p w14:paraId="1A20BE7E" w14:textId="77777777" w:rsidR="007561AB" w:rsidRDefault="00000000">
            <w:pPr>
              <w:spacing w:after="0"/>
            </w:pPr>
            <w:r>
              <w:rPr>
                <w:sz w:val="14"/>
              </w:rPr>
              <w:t>[DZIAŁANIE ZARADCZE]</w:t>
            </w:r>
          </w:p>
        </w:tc>
      </w:tr>
    </w:tbl>
    <w:p w14:paraId="18E209D4" w14:textId="77777777" w:rsidR="007561AB" w:rsidRDefault="00000000">
      <w:pPr>
        <w:pStyle w:val="Nagwek1"/>
      </w:pPr>
      <w:r>
        <w:t>11. Trwałość i dalsze wykorzystanie rezultatów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561AB" w14:paraId="62C3EB0F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29FC848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Co pozostanie po zakończeniu finansowania?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36D349D3" w14:textId="77777777" w:rsidR="007561AB" w:rsidRDefault="00000000">
            <w:pPr>
              <w:spacing w:after="0"/>
            </w:pPr>
            <w:r>
              <w:rPr>
                <w:sz w:val="16"/>
              </w:rPr>
              <w:t>[NP. KOMPETENCJE, NARZĘDZIA, SIEĆ, PROCEDURA, MATERIAŁY, USŁUGA]</w:t>
            </w:r>
          </w:p>
        </w:tc>
      </w:tr>
      <w:tr w:rsidR="007561AB" w14:paraId="0D908D2F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111D7C43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Co będziemy kontynuować bez dotacji?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3334D9B4" w14:textId="77777777" w:rsidR="007561AB" w:rsidRDefault="00000000">
            <w:pPr>
              <w:spacing w:after="0"/>
            </w:pPr>
            <w:r>
              <w:rPr>
                <w:sz w:val="16"/>
              </w:rPr>
              <w:t>[OPIS / NIE DOTYCZY]</w:t>
            </w:r>
          </w:p>
        </w:tc>
      </w:tr>
      <w:tr w:rsidR="007561AB" w14:paraId="6372838D" w14:textId="77777777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D84FFCA" w14:textId="77777777" w:rsidR="007561AB" w:rsidRDefault="00000000">
            <w:pPr>
              <w:spacing w:after="0"/>
            </w:pPr>
            <w:r>
              <w:rPr>
                <w:b/>
                <w:sz w:val="16"/>
              </w:rPr>
              <w:t>Jak rezultaty będą wykorzystywane dalej?</w:t>
            </w:r>
          </w:p>
        </w:tc>
        <w:tc>
          <w:tcPr>
            <w:tcW w:w="5100" w:type="dxa"/>
            <w:shd w:val="clear" w:color="auto" w:fill="FFF2CC"/>
            <w:vAlign w:val="center"/>
          </w:tcPr>
          <w:p w14:paraId="7255DFAA" w14:textId="77777777" w:rsidR="007561AB" w:rsidRDefault="00000000">
            <w:pPr>
              <w:spacing w:after="0"/>
            </w:pPr>
            <w:r>
              <w:rPr>
                <w:sz w:val="16"/>
              </w:rPr>
              <w:t>[KRÓTKO]</w:t>
            </w:r>
          </w:p>
        </w:tc>
      </w:tr>
    </w:tbl>
    <w:p w14:paraId="3B2DAFBC" w14:textId="77777777" w:rsidR="007561AB" w:rsidRDefault="00000000">
      <w:pPr>
        <w:pStyle w:val="Nagwek1"/>
      </w:pPr>
      <w:r>
        <w:t>12. Dopasowanie do konkursu – kontrola przed pisaniem</w:t>
      </w:r>
    </w:p>
    <w:p w14:paraId="62BB8E45" w14:textId="77777777" w:rsidR="007561AB" w:rsidRDefault="00000000">
      <w:r>
        <w:t>☐ Organizacja spełnia warunki udziału w naborze.</w:t>
      </w:r>
    </w:p>
    <w:p w14:paraId="504DD823" w14:textId="77777777" w:rsidR="007561AB" w:rsidRDefault="00000000">
      <w:r>
        <w:t>☐ Projekt wpisuje się w cel / priorytet programu.</w:t>
      </w:r>
    </w:p>
    <w:p w14:paraId="5569A635" w14:textId="77777777" w:rsidR="007561AB" w:rsidRDefault="00000000">
      <w:r>
        <w:t>☐ Grupa docelowa i obszar realizacji są dopuszczalne.</w:t>
      </w:r>
    </w:p>
    <w:p w14:paraId="511A23E2" w14:textId="77777777" w:rsidR="007561AB" w:rsidRDefault="00000000">
      <w:r>
        <w:t>☐ Planowany okres projektu mieści się w terminach konkursu.</w:t>
      </w:r>
    </w:p>
    <w:p w14:paraId="72DF6CC4" w14:textId="77777777" w:rsidR="007561AB" w:rsidRDefault="00000000">
      <w:r>
        <w:t>☐ Wartość projektu i poziom dofinansowania mieszczą się w limitach.</w:t>
      </w:r>
    </w:p>
    <w:p w14:paraId="005C88FA" w14:textId="77777777" w:rsidR="007561AB" w:rsidRDefault="00000000">
      <w:r>
        <w:t>☐ Sprawdzono wymagany wkład własny.</w:t>
      </w:r>
    </w:p>
    <w:p w14:paraId="78FF9657" w14:textId="77777777" w:rsidR="007561AB" w:rsidRDefault="00000000">
      <w:r>
        <w:t>☐ Główne koszty są dopuszczalne i mieszczą się w limitach kategorii.</w:t>
      </w:r>
    </w:p>
    <w:p w14:paraId="0037784E" w14:textId="77777777" w:rsidR="007561AB" w:rsidRDefault="00000000">
      <w:r>
        <w:t>☐ Rezultaty i wskaźniki odpowiadają wymaganiom formularza.</w:t>
      </w:r>
    </w:p>
    <w:p w14:paraId="6B0EEB07" w14:textId="77777777" w:rsidR="007561AB" w:rsidRDefault="00000000">
      <w:r>
        <w:t>☐ Sprawdzono wymagane załączniki, partnerstwo i sposób podpisania / złożenia wniosku.</w:t>
      </w:r>
    </w:p>
    <w:p w14:paraId="365B4935" w14:textId="77777777" w:rsidR="007561AB" w:rsidRDefault="00000000">
      <w:r>
        <w:t>☐ Przeczytano regulamin, kryteria oceny, wzór wniosku i aktualne FAQ / komunikaty.</w:t>
      </w:r>
    </w:p>
    <w:p w14:paraId="67143A10" w14:textId="77777777" w:rsidR="007561AB" w:rsidRDefault="00000000">
      <w:pPr>
        <w:pStyle w:val="Nagwek1"/>
      </w:pPr>
      <w:r>
        <w:t>13. Decyzja: czy projekt jest gotowy do rozwinięcia?</w:t>
      </w:r>
    </w:p>
    <w:p w14:paraId="0E04606A" w14:textId="77777777" w:rsidR="007561AB" w:rsidRDefault="00000000">
      <w:r>
        <w:t>☐ TAK – logika projektu jest spójna i można rozpocząć pisanie wniosku.</w:t>
      </w:r>
    </w:p>
    <w:p w14:paraId="58F38BDD" w14:textId="77777777" w:rsidR="007561AB" w:rsidRDefault="00000000">
      <w:r>
        <w:t>☐ CZĘŚCIOWO – przed pisaniem trzeba uzupełnić wskazane elementy.</w:t>
      </w:r>
    </w:p>
    <w:p w14:paraId="12497075" w14:textId="77777777" w:rsidR="007561AB" w:rsidRDefault="00000000">
      <w:r>
        <w:t>☐ NIE – pomysł wymaga ponownej diagnozy lub zmiany założeń.</w:t>
      </w:r>
    </w:p>
    <w:p w14:paraId="266C03CF" w14:textId="77777777" w:rsidR="007561AB" w:rsidRDefault="00000000">
      <w:r>
        <w:rPr>
          <w:b/>
        </w:rPr>
        <w:t xml:space="preserve">Najważniejsze kwestie do uzupełnienia / decyzje: </w:t>
      </w:r>
      <w:r>
        <w:t>[WPISZ]</w:t>
      </w:r>
    </w:p>
    <w:p w14:paraId="18DAE4BC" w14:textId="77777777" w:rsidR="007561AB" w:rsidRDefault="00000000">
      <w:pPr>
        <w:pStyle w:val="Instrukcja"/>
      </w:pPr>
      <w:r>
        <w:t>ZASADA KOŃCOWA: przed przeniesieniem pomysłu do generatora sprawdź, czy problem, cel, działania, rezultaty, wskaźniki, harmonogram i budżet wynikają z siebie nawzajem. Dokumentacja konkursowa może się zmieniać także w trakcie edycji naboru, dlatego korzystaj z aktualnej wersji regulaminu i komunikatów instytucji.</w:t>
      </w:r>
    </w:p>
    <w:sectPr w:rsidR="007561AB" w:rsidSect="007668B0">
      <w:headerReference w:type="default" r:id="rId8"/>
      <w:footerReference w:type="default" r:id="rId9"/>
      <w:pgSz w:w="12240" w:h="15840"/>
      <w:pgMar w:top="765" w:right="1020" w:bottom="765" w:left="1020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C3AE" w14:textId="77777777" w:rsidR="00CD2FFA" w:rsidRDefault="00CD2FFA">
      <w:pPr>
        <w:spacing w:after="0"/>
      </w:pPr>
      <w:r>
        <w:separator/>
      </w:r>
    </w:p>
  </w:endnote>
  <w:endnote w:type="continuationSeparator" w:id="0">
    <w:p w14:paraId="72C9E7BA" w14:textId="77777777" w:rsidR="00CD2FFA" w:rsidRDefault="00CD2F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6285" w14:textId="77777777" w:rsidR="007561AB" w:rsidRDefault="00000000">
    <w:pPr>
      <w:pStyle w:val="Stopka"/>
      <w:jc w:val="center"/>
    </w:pPr>
    <w:r>
      <w:rPr>
        <w:color w:val="6E6E6E"/>
        <w:sz w:val="14"/>
      </w:rPr>
      <w:t xml:space="preserve">Karta </w:t>
    </w:r>
    <w:proofErr w:type="spellStart"/>
    <w:r>
      <w:rPr>
        <w:color w:val="6E6E6E"/>
        <w:sz w:val="14"/>
      </w:rPr>
      <w:t>przygotowania</w:t>
    </w:r>
    <w:proofErr w:type="spellEnd"/>
    <w:r>
      <w:rPr>
        <w:color w:val="6E6E6E"/>
        <w:sz w:val="14"/>
      </w:rPr>
      <w:t xml:space="preserve"> </w:t>
    </w:r>
    <w:proofErr w:type="spellStart"/>
    <w:r>
      <w:rPr>
        <w:color w:val="6E6E6E"/>
        <w:sz w:val="14"/>
      </w:rPr>
      <w:t>projektu</w:t>
    </w:r>
    <w:proofErr w:type="spellEnd"/>
    <w:r>
      <w:rPr>
        <w:color w:val="6E6E6E"/>
        <w:sz w:val="14"/>
      </w:rPr>
      <w:t xml:space="preserve"> </w:t>
    </w:r>
    <w:proofErr w:type="spellStart"/>
    <w:r>
      <w:rPr>
        <w:color w:val="6E6E6E"/>
        <w:sz w:val="14"/>
      </w:rPr>
      <w:t>grantowego</w:t>
    </w:r>
    <w:proofErr w:type="spellEnd"/>
    <w:r>
      <w:rPr>
        <w:color w:val="6E6E6E"/>
        <w:sz w:val="14"/>
      </w:rPr>
      <w:t xml:space="preserve"> | </w:t>
    </w:r>
    <w:proofErr w:type="spellStart"/>
    <w:r>
      <w:rPr>
        <w:color w:val="6E6E6E"/>
        <w:sz w:val="14"/>
      </w:rPr>
      <w:t>wzór</w:t>
    </w:r>
    <w:proofErr w:type="spellEnd"/>
    <w:r>
      <w:rPr>
        <w:color w:val="6E6E6E"/>
        <w:sz w:val="14"/>
      </w:rPr>
      <w:t xml:space="preserve"> </w:t>
    </w:r>
    <w:proofErr w:type="spellStart"/>
    <w:r>
      <w:rPr>
        <w:color w:val="6E6E6E"/>
        <w:sz w:val="14"/>
      </w:rPr>
      <w:t>dla</w:t>
    </w:r>
    <w:proofErr w:type="spellEnd"/>
    <w:r>
      <w:rPr>
        <w:color w:val="6E6E6E"/>
        <w:sz w:val="14"/>
      </w:rPr>
      <w:t xml:space="preserve"> NGO | </w:t>
    </w:r>
    <w:proofErr w:type="spellStart"/>
    <w:r>
      <w:rPr>
        <w:color w:val="6E6E6E"/>
        <w:sz w:val="14"/>
      </w:rPr>
      <w:t>materiał</w:t>
    </w:r>
    <w:proofErr w:type="spellEnd"/>
    <w:r>
      <w:rPr>
        <w:color w:val="6E6E6E"/>
        <w:sz w:val="14"/>
      </w:rPr>
      <w:t xml:space="preserve"> </w:t>
    </w:r>
    <w:proofErr w:type="spellStart"/>
    <w:r>
      <w:rPr>
        <w:color w:val="6E6E6E"/>
        <w:sz w:val="14"/>
      </w:rPr>
      <w:t>roboczy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822D7" w14:textId="77777777" w:rsidR="00CD2FFA" w:rsidRDefault="00CD2FFA">
      <w:pPr>
        <w:spacing w:after="0"/>
      </w:pPr>
      <w:r>
        <w:separator/>
      </w:r>
    </w:p>
  </w:footnote>
  <w:footnote w:type="continuationSeparator" w:id="0">
    <w:p w14:paraId="572F36EA" w14:textId="77777777" w:rsidR="00CD2FFA" w:rsidRDefault="00CD2F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471F" w14:textId="0428E252" w:rsidR="007668B0" w:rsidRDefault="007668B0">
    <w:pPr>
      <w:pStyle w:val="Nagwek"/>
    </w:pPr>
    <w:r>
      <w:rPr>
        <w:noProof/>
      </w:rPr>
      <w:drawing>
        <wp:inline distT="0" distB="0" distL="0" distR="0" wp14:anchorId="2AA02BF6" wp14:editId="450C4E69">
          <wp:extent cx="6188075" cy="506095"/>
          <wp:effectExtent l="0" t="0" r="3175" b="8255"/>
          <wp:docPr id="17064902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9976140">
    <w:abstractNumId w:val="8"/>
  </w:num>
  <w:num w:numId="2" w16cid:durableId="1342272211">
    <w:abstractNumId w:val="6"/>
  </w:num>
  <w:num w:numId="3" w16cid:durableId="142352409">
    <w:abstractNumId w:val="5"/>
  </w:num>
  <w:num w:numId="4" w16cid:durableId="297079402">
    <w:abstractNumId w:val="4"/>
  </w:num>
  <w:num w:numId="5" w16cid:durableId="322776910">
    <w:abstractNumId w:val="7"/>
  </w:num>
  <w:num w:numId="6" w16cid:durableId="1445341240">
    <w:abstractNumId w:val="3"/>
  </w:num>
  <w:num w:numId="7" w16cid:durableId="420687026">
    <w:abstractNumId w:val="2"/>
  </w:num>
  <w:num w:numId="8" w16cid:durableId="379980357">
    <w:abstractNumId w:val="1"/>
  </w:num>
  <w:num w:numId="9" w16cid:durableId="1365788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1F83"/>
    <w:rsid w:val="007561AB"/>
    <w:rsid w:val="007668B0"/>
    <w:rsid w:val="00AA1D8D"/>
    <w:rsid w:val="00B47730"/>
    <w:rsid w:val="00CB0664"/>
    <w:rsid w:val="00CD2F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9A742B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2026-09-07T12:09:00Z</dcterms:modified>
  <cp:category/>
</cp:coreProperties>
</file>