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4E983" w14:textId="77777777" w:rsidR="00C01E89" w:rsidRDefault="00000000">
      <w:pPr>
        <w:pStyle w:val="Tytu"/>
        <w:jc w:val="center"/>
      </w:pPr>
      <w:r>
        <w:t>WNIOSEK O WYDANIE OPINII SANITARNEJ</w:t>
      </w:r>
      <w:r>
        <w:br/>
        <w:t>DOTYCZĄCEJ IMPREZY MASOWEJ</w:t>
      </w:r>
    </w:p>
    <w:p w14:paraId="6E8F2526" w14:textId="77777777" w:rsidR="00C01E89" w:rsidRDefault="00000000">
      <w:pPr>
        <w:jc w:val="center"/>
        <w:rPr>
          <w:rFonts w:hint="eastAsia"/>
        </w:rPr>
      </w:pPr>
      <w:r>
        <w:rPr>
          <w:b/>
        </w:rPr>
        <w:t>wzór dla organizatora / NGO</w:t>
      </w:r>
    </w:p>
    <w:p w14:paraId="0491057D" w14:textId="77777777" w:rsidR="00C01E89" w:rsidRDefault="00000000">
      <w:pPr>
        <w:pStyle w:val="Instrukcja"/>
        <w:rPr>
          <w:rFonts w:hint="eastAsia"/>
        </w:rPr>
      </w:pPr>
      <w:r>
        <w:t>INSTRUKCJA: wzór dotyczy procedury opiniowania IMPREZY MASOWEJ w rozumieniu ustawy o bezpieczeństwie imprez masowych. Nie każde wydarzenie NGO jest imprezą masową. Przed użyciem należy sprawdzić, czy wydarzenie podlega tej ustawie oraz wymagania właściwego miejscowo państwowego inspektora sanitarnego. Zakres wymaganych załączników może zostać doprecyzowany przez właściwy organ. Uzupełnij pola żółte i usuń instrukcje.</w:t>
      </w:r>
    </w:p>
    <w:p w14:paraId="4A8C486D" w14:textId="77777777" w:rsidR="00C01E89" w:rsidRDefault="00000000">
      <w:pPr>
        <w:jc w:val="right"/>
        <w:rPr>
          <w:rFonts w:hint="eastAsia"/>
        </w:rPr>
      </w:pPr>
      <w:r>
        <w:rPr>
          <w:b/>
          <w:shd w:val="clear" w:color="auto" w:fill="FFF2CC"/>
        </w:rPr>
        <w:t>[MIEJSCOWOŚĆ, DATA]</w:t>
      </w:r>
    </w:p>
    <w:p w14:paraId="02C36A66" w14:textId="77777777" w:rsidR="00C01E89" w:rsidRDefault="00000000">
      <w:pPr>
        <w:rPr>
          <w:rFonts w:hint="eastAsia"/>
        </w:rPr>
      </w:pPr>
      <w:r>
        <w:rPr>
          <w:b/>
          <w:shd w:val="clear" w:color="auto" w:fill="FFF2CC"/>
        </w:rPr>
        <w:t>[PEŁNA NAZWA ORGANIZATORA]</w:t>
      </w:r>
      <w:r>
        <w:br/>
      </w:r>
      <w:r>
        <w:rPr>
          <w:b/>
          <w:shd w:val="clear" w:color="auto" w:fill="FFF2CC"/>
        </w:rPr>
        <w:t>[ADRES SIEDZIBY]</w:t>
      </w:r>
      <w:r>
        <w:br/>
        <w:t xml:space="preserve">KRS / NIP / REGON: </w:t>
      </w:r>
      <w:r>
        <w:rPr>
          <w:b/>
          <w:shd w:val="clear" w:color="auto" w:fill="FFF2CC"/>
        </w:rPr>
        <w:t>[DANE – JEŻELI DOTYCZY]</w:t>
      </w:r>
      <w:r>
        <w:br/>
        <w:t xml:space="preserve">E-mail: </w:t>
      </w:r>
      <w:r>
        <w:rPr>
          <w:b/>
          <w:shd w:val="clear" w:color="auto" w:fill="FFF2CC"/>
        </w:rPr>
        <w:t>[E-MAIL]</w:t>
      </w:r>
      <w:r>
        <w:t xml:space="preserve">   tel.: </w:t>
      </w:r>
      <w:r>
        <w:rPr>
          <w:b/>
          <w:shd w:val="clear" w:color="auto" w:fill="FFF2CC"/>
        </w:rPr>
        <w:t>[TELEFON]</w:t>
      </w:r>
    </w:p>
    <w:p w14:paraId="1DD574A4" w14:textId="77777777" w:rsidR="00C01E89" w:rsidRDefault="00000000">
      <w:pPr>
        <w:jc w:val="right"/>
        <w:rPr>
          <w:rFonts w:hint="eastAsia"/>
        </w:rPr>
      </w:pPr>
      <w:r>
        <w:rPr>
          <w:b/>
        </w:rPr>
        <w:t>Do:</w:t>
      </w:r>
      <w:r>
        <w:rPr>
          <w:b/>
        </w:rPr>
        <w:br/>
      </w:r>
      <w:r>
        <w:rPr>
          <w:b/>
          <w:shd w:val="clear" w:color="auto" w:fill="FFF2CC"/>
        </w:rPr>
        <w:t>[WŁAŚCIWY PAŃSTWOWY INSPEKTOR SANITARNY]</w:t>
      </w:r>
      <w:r>
        <w:rPr>
          <w:b/>
          <w:shd w:val="clear" w:color="auto" w:fill="FFF2CC"/>
        </w:rPr>
        <w:br/>
        <w:t>[ADRES]</w:t>
      </w:r>
    </w:p>
    <w:p w14:paraId="20E88A27" w14:textId="77777777" w:rsidR="00C01E89" w:rsidRDefault="00000000">
      <w:pPr>
        <w:jc w:val="center"/>
        <w:rPr>
          <w:rFonts w:hint="eastAsia"/>
        </w:rPr>
      </w:pPr>
      <w:r>
        <w:rPr>
          <w:b/>
        </w:rPr>
        <w:t>WNIOSEK O WYDANIE OPINII SANITARNEJ</w:t>
      </w:r>
    </w:p>
    <w:p w14:paraId="1408CB18" w14:textId="77777777" w:rsidR="00C01E89" w:rsidRDefault="00000000">
      <w:pPr>
        <w:rPr>
          <w:rFonts w:hint="eastAsia"/>
        </w:rPr>
      </w:pPr>
      <w:r>
        <w:t>Działając jako organizator planowanej imprezy masowej, zwracam się z prośbą o wydanie opinii dotyczącej niezbędnej wielkości sił i środków potrzebnych do zabezpieczenia imprezy, zastrzeżeń do stanu technicznego obiektu (terenu) oraz przewidywanych zagrożeń, w zakresie właściwości Państwowej Inspekcji Sanitarnej.</w:t>
      </w:r>
    </w:p>
    <w:p w14:paraId="306411CA" w14:textId="77777777" w:rsidR="00C01E89" w:rsidRDefault="00000000">
      <w:pPr>
        <w:pStyle w:val="Nagwek1"/>
      </w:pPr>
      <w:r>
        <w:t>1. Dane dotyczące imprezy</w:t>
      </w:r>
    </w:p>
    <w:tbl>
      <w:tblPr>
        <w:tblStyle w:val="Tabela-Siatka"/>
        <w:tblW w:w="0" w:type="auto"/>
        <w:jc w:val="center"/>
        <w:tblLook w:val="04A0" w:firstRow="1" w:lastRow="0" w:firstColumn="1" w:lastColumn="0" w:noHBand="0" w:noVBand="1"/>
      </w:tblPr>
      <w:tblGrid>
        <w:gridCol w:w="4929"/>
        <w:gridCol w:w="4929"/>
      </w:tblGrid>
      <w:tr w:rsidR="00C01E89" w14:paraId="2552156C" w14:textId="77777777">
        <w:trPr>
          <w:jc w:val="center"/>
        </w:trPr>
        <w:tc>
          <w:tcPr>
            <w:tcW w:w="4929" w:type="dxa"/>
            <w:shd w:val="clear" w:color="auto" w:fill="D9EAF7"/>
          </w:tcPr>
          <w:p w14:paraId="0A0B4375" w14:textId="77777777" w:rsidR="00C01E89" w:rsidRDefault="00000000">
            <w:pPr>
              <w:spacing w:after="0"/>
              <w:rPr>
                <w:rFonts w:hint="eastAsia"/>
              </w:rPr>
            </w:pPr>
            <w:r>
              <w:rPr>
                <w:b/>
                <w:sz w:val="18"/>
              </w:rPr>
              <w:t>Nazwa imprezy</w:t>
            </w:r>
          </w:p>
        </w:tc>
        <w:tc>
          <w:tcPr>
            <w:tcW w:w="4929" w:type="dxa"/>
            <w:shd w:val="clear" w:color="auto" w:fill="FFF2CC"/>
          </w:tcPr>
          <w:p w14:paraId="6D27A782" w14:textId="77777777" w:rsidR="00C01E89" w:rsidRDefault="00000000">
            <w:pPr>
              <w:spacing w:after="0"/>
              <w:rPr>
                <w:rFonts w:hint="eastAsia"/>
              </w:rPr>
            </w:pPr>
            <w:r>
              <w:rPr>
                <w:sz w:val="18"/>
              </w:rPr>
              <w:t>[NAZWA IMPREZY]</w:t>
            </w:r>
          </w:p>
        </w:tc>
      </w:tr>
      <w:tr w:rsidR="00C01E89" w14:paraId="26CCCDB9" w14:textId="77777777">
        <w:trPr>
          <w:jc w:val="center"/>
        </w:trPr>
        <w:tc>
          <w:tcPr>
            <w:tcW w:w="4929" w:type="dxa"/>
            <w:shd w:val="clear" w:color="auto" w:fill="D9EAF7"/>
          </w:tcPr>
          <w:p w14:paraId="590C98FD" w14:textId="77777777" w:rsidR="00C01E89" w:rsidRDefault="00000000">
            <w:pPr>
              <w:spacing w:after="0"/>
              <w:rPr>
                <w:rFonts w:hint="eastAsia"/>
              </w:rPr>
            </w:pPr>
            <w:r>
              <w:rPr>
                <w:b/>
                <w:sz w:val="18"/>
              </w:rPr>
              <w:t>Rodzaj imprezy</w:t>
            </w:r>
          </w:p>
        </w:tc>
        <w:tc>
          <w:tcPr>
            <w:tcW w:w="4929" w:type="dxa"/>
            <w:shd w:val="clear" w:color="auto" w:fill="FFF2CC"/>
          </w:tcPr>
          <w:p w14:paraId="53560A0F" w14:textId="77777777" w:rsidR="00C01E89" w:rsidRDefault="00000000">
            <w:pPr>
              <w:spacing w:after="0"/>
              <w:rPr>
                <w:rFonts w:hint="eastAsia"/>
              </w:rPr>
            </w:pPr>
            <w:r>
              <w:rPr>
                <w:sz w:val="18"/>
              </w:rPr>
              <w:t>[NP. ARTYSTYCZNO-ROZRYWKOWA / SPORTOWA / MECZ PIŁKI NOŻNEJ]</w:t>
            </w:r>
          </w:p>
        </w:tc>
      </w:tr>
      <w:tr w:rsidR="00C01E89" w14:paraId="0BD1C5EE" w14:textId="77777777">
        <w:trPr>
          <w:jc w:val="center"/>
        </w:trPr>
        <w:tc>
          <w:tcPr>
            <w:tcW w:w="4929" w:type="dxa"/>
            <w:shd w:val="clear" w:color="auto" w:fill="D9EAF7"/>
          </w:tcPr>
          <w:p w14:paraId="19FCF7BE" w14:textId="77777777" w:rsidR="00C01E89" w:rsidRDefault="00000000">
            <w:pPr>
              <w:spacing w:after="0"/>
              <w:rPr>
                <w:rFonts w:hint="eastAsia"/>
              </w:rPr>
            </w:pPr>
            <w:r>
              <w:rPr>
                <w:b/>
                <w:sz w:val="18"/>
              </w:rPr>
              <w:t>Miejsce i adres</w:t>
            </w:r>
          </w:p>
        </w:tc>
        <w:tc>
          <w:tcPr>
            <w:tcW w:w="4929" w:type="dxa"/>
            <w:shd w:val="clear" w:color="auto" w:fill="FFF2CC"/>
          </w:tcPr>
          <w:p w14:paraId="18B8FD15" w14:textId="77777777" w:rsidR="00C01E89" w:rsidRDefault="00000000">
            <w:pPr>
              <w:spacing w:after="0"/>
              <w:rPr>
                <w:rFonts w:hint="eastAsia"/>
              </w:rPr>
            </w:pPr>
            <w:r>
              <w:rPr>
                <w:sz w:val="18"/>
              </w:rPr>
              <w:t>[OBIEKT / TEREN, ADRES]</w:t>
            </w:r>
          </w:p>
        </w:tc>
      </w:tr>
      <w:tr w:rsidR="00C01E89" w14:paraId="59601878" w14:textId="77777777">
        <w:trPr>
          <w:jc w:val="center"/>
        </w:trPr>
        <w:tc>
          <w:tcPr>
            <w:tcW w:w="4929" w:type="dxa"/>
            <w:shd w:val="clear" w:color="auto" w:fill="D9EAF7"/>
          </w:tcPr>
          <w:p w14:paraId="09A2F0E3" w14:textId="77777777" w:rsidR="00C01E89" w:rsidRDefault="00000000">
            <w:pPr>
              <w:spacing w:after="0"/>
              <w:rPr>
                <w:rFonts w:hint="eastAsia"/>
              </w:rPr>
            </w:pPr>
            <w:r>
              <w:rPr>
                <w:b/>
                <w:sz w:val="18"/>
              </w:rPr>
              <w:t>Data</w:t>
            </w:r>
          </w:p>
        </w:tc>
        <w:tc>
          <w:tcPr>
            <w:tcW w:w="4929" w:type="dxa"/>
            <w:shd w:val="clear" w:color="auto" w:fill="FFF2CC"/>
          </w:tcPr>
          <w:p w14:paraId="4AFFFB7F" w14:textId="77777777" w:rsidR="00C01E89" w:rsidRDefault="00000000">
            <w:pPr>
              <w:spacing w:after="0"/>
              <w:rPr>
                <w:rFonts w:hint="eastAsia"/>
              </w:rPr>
            </w:pPr>
            <w:r>
              <w:rPr>
                <w:sz w:val="18"/>
              </w:rPr>
              <w:t>[DATA]</w:t>
            </w:r>
          </w:p>
        </w:tc>
      </w:tr>
      <w:tr w:rsidR="00C01E89" w14:paraId="222E34C3" w14:textId="77777777">
        <w:trPr>
          <w:jc w:val="center"/>
        </w:trPr>
        <w:tc>
          <w:tcPr>
            <w:tcW w:w="4929" w:type="dxa"/>
            <w:shd w:val="clear" w:color="auto" w:fill="D9EAF7"/>
          </w:tcPr>
          <w:p w14:paraId="56978B8F" w14:textId="77777777" w:rsidR="00C01E89" w:rsidRDefault="00000000">
            <w:pPr>
              <w:spacing w:after="0"/>
              <w:rPr>
                <w:rFonts w:hint="eastAsia"/>
              </w:rPr>
            </w:pPr>
            <w:r>
              <w:rPr>
                <w:b/>
                <w:sz w:val="18"/>
              </w:rPr>
              <w:t>Godzina rozpoczęcia</w:t>
            </w:r>
          </w:p>
        </w:tc>
        <w:tc>
          <w:tcPr>
            <w:tcW w:w="4929" w:type="dxa"/>
            <w:shd w:val="clear" w:color="auto" w:fill="FFF2CC"/>
          </w:tcPr>
          <w:p w14:paraId="0ED1D03C" w14:textId="77777777" w:rsidR="00C01E89" w:rsidRDefault="00000000">
            <w:pPr>
              <w:spacing w:after="0"/>
              <w:rPr>
                <w:rFonts w:hint="eastAsia"/>
              </w:rPr>
            </w:pPr>
            <w:r>
              <w:rPr>
                <w:sz w:val="18"/>
              </w:rPr>
              <w:t>[GODZINA]</w:t>
            </w:r>
          </w:p>
        </w:tc>
      </w:tr>
      <w:tr w:rsidR="00C01E89" w14:paraId="11FCE01C" w14:textId="77777777">
        <w:trPr>
          <w:jc w:val="center"/>
        </w:trPr>
        <w:tc>
          <w:tcPr>
            <w:tcW w:w="4929" w:type="dxa"/>
            <w:shd w:val="clear" w:color="auto" w:fill="D9EAF7"/>
          </w:tcPr>
          <w:p w14:paraId="61AAE1B2" w14:textId="77777777" w:rsidR="00C01E89" w:rsidRDefault="00000000">
            <w:pPr>
              <w:spacing w:after="0"/>
              <w:rPr>
                <w:rFonts w:hint="eastAsia"/>
              </w:rPr>
            </w:pPr>
            <w:r>
              <w:rPr>
                <w:b/>
                <w:sz w:val="18"/>
              </w:rPr>
              <w:t>Godzina zakończenia</w:t>
            </w:r>
          </w:p>
        </w:tc>
        <w:tc>
          <w:tcPr>
            <w:tcW w:w="4929" w:type="dxa"/>
            <w:shd w:val="clear" w:color="auto" w:fill="FFF2CC"/>
          </w:tcPr>
          <w:p w14:paraId="73A16717" w14:textId="77777777" w:rsidR="00C01E89" w:rsidRDefault="00000000">
            <w:pPr>
              <w:spacing w:after="0"/>
              <w:rPr>
                <w:rFonts w:hint="eastAsia"/>
              </w:rPr>
            </w:pPr>
            <w:r>
              <w:rPr>
                <w:sz w:val="18"/>
              </w:rPr>
              <w:t>[GODZINA]</w:t>
            </w:r>
          </w:p>
        </w:tc>
      </w:tr>
      <w:tr w:rsidR="00C01E89" w14:paraId="6C7B582D" w14:textId="77777777">
        <w:trPr>
          <w:jc w:val="center"/>
        </w:trPr>
        <w:tc>
          <w:tcPr>
            <w:tcW w:w="4929" w:type="dxa"/>
            <w:shd w:val="clear" w:color="auto" w:fill="D9EAF7"/>
          </w:tcPr>
          <w:p w14:paraId="2D2E444D" w14:textId="77777777" w:rsidR="00C01E89" w:rsidRDefault="00000000">
            <w:pPr>
              <w:spacing w:after="0"/>
              <w:rPr>
                <w:rFonts w:hint="eastAsia"/>
              </w:rPr>
            </w:pPr>
            <w:r>
              <w:rPr>
                <w:b/>
                <w:sz w:val="18"/>
              </w:rPr>
              <w:t>Przewidywana maks. liczba uczestników</w:t>
            </w:r>
          </w:p>
        </w:tc>
        <w:tc>
          <w:tcPr>
            <w:tcW w:w="4929" w:type="dxa"/>
            <w:shd w:val="clear" w:color="auto" w:fill="FFF2CC"/>
          </w:tcPr>
          <w:p w14:paraId="62FF054D" w14:textId="77777777" w:rsidR="00C01E89" w:rsidRDefault="00000000">
            <w:pPr>
              <w:spacing w:after="0"/>
              <w:rPr>
                <w:rFonts w:hint="eastAsia"/>
              </w:rPr>
            </w:pPr>
            <w:r>
              <w:rPr>
                <w:sz w:val="18"/>
              </w:rPr>
              <w:t>[LICZBA]</w:t>
            </w:r>
          </w:p>
        </w:tc>
      </w:tr>
      <w:tr w:rsidR="00C01E89" w14:paraId="1201631D" w14:textId="77777777">
        <w:trPr>
          <w:jc w:val="center"/>
        </w:trPr>
        <w:tc>
          <w:tcPr>
            <w:tcW w:w="4929" w:type="dxa"/>
            <w:shd w:val="clear" w:color="auto" w:fill="D9EAF7"/>
          </w:tcPr>
          <w:p w14:paraId="52F2A431" w14:textId="77777777" w:rsidR="00C01E89" w:rsidRDefault="00000000">
            <w:pPr>
              <w:spacing w:after="0"/>
              <w:rPr>
                <w:rFonts w:hint="eastAsia"/>
              </w:rPr>
            </w:pPr>
            <w:r>
              <w:rPr>
                <w:b/>
                <w:sz w:val="18"/>
              </w:rPr>
              <w:t>Liczba miejsc w obiekcie / na terenie</w:t>
            </w:r>
          </w:p>
        </w:tc>
        <w:tc>
          <w:tcPr>
            <w:tcW w:w="4929" w:type="dxa"/>
            <w:shd w:val="clear" w:color="auto" w:fill="FFF2CC"/>
          </w:tcPr>
          <w:p w14:paraId="4191D0BB" w14:textId="77777777" w:rsidR="00C01E89" w:rsidRDefault="00000000">
            <w:pPr>
              <w:spacing w:after="0"/>
              <w:rPr>
                <w:rFonts w:hint="eastAsia"/>
              </w:rPr>
            </w:pPr>
            <w:r>
              <w:rPr>
                <w:sz w:val="18"/>
              </w:rPr>
              <w:t>[LICZBA / OPIS]</w:t>
            </w:r>
          </w:p>
        </w:tc>
      </w:tr>
    </w:tbl>
    <w:p w14:paraId="5A440675" w14:textId="77777777" w:rsidR="00C01E89" w:rsidRDefault="00000000">
      <w:pPr>
        <w:rPr>
          <w:rFonts w:hint="eastAsia"/>
        </w:rPr>
      </w:pPr>
      <w:r>
        <w:t xml:space="preserve">Osoba reprezentująca organizatora w zakresie bezpieczeństwa uczestników / osoba do kontaktu: </w:t>
      </w:r>
      <w:r>
        <w:rPr>
          <w:b/>
          <w:shd w:val="clear" w:color="auto" w:fill="FFF2CC"/>
        </w:rPr>
        <w:t>[IMIĘ I NAZWISKO, FUNKCJA, TELEFON, E-MAIL]</w:t>
      </w:r>
      <w:r>
        <w:t>.</w:t>
      </w:r>
    </w:p>
    <w:p w14:paraId="7EB895CF" w14:textId="77777777" w:rsidR="00C01E89" w:rsidRDefault="00000000">
      <w:pPr>
        <w:pStyle w:val="Nagwek1"/>
      </w:pPr>
      <w:r>
        <w:t>2. Warunki sanitarne</w:t>
      </w:r>
    </w:p>
    <w:p w14:paraId="0A582834" w14:textId="77777777" w:rsidR="00C01E89" w:rsidRDefault="00000000">
      <w:pPr>
        <w:rPr>
          <w:rFonts w:hint="eastAsia"/>
        </w:rPr>
      </w:pPr>
      <w:r>
        <w:t xml:space="preserve">Zaopatrzenie w wodę do spożycia przez ludzi i do celów sanitarnych: </w:t>
      </w:r>
      <w:r>
        <w:rPr>
          <w:b/>
          <w:shd w:val="clear" w:color="auto" w:fill="FFF2CC"/>
        </w:rPr>
        <w:t>[OPIS ŹRÓDŁA I SPOSOBU ZAOPATRZENIA]</w:t>
      </w:r>
    </w:p>
    <w:p w14:paraId="730B0C0F" w14:textId="77777777" w:rsidR="00C01E89" w:rsidRDefault="00000000">
      <w:pPr>
        <w:rPr>
          <w:rFonts w:hint="eastAsia"/>
        </w:rPr>
      </w:pPr>
      <w:r>
        <w:t xml:space="preserve">Czy wykonano nowe przyłącze wody? </w:t>
      </w:r>
      <w:r>
        <w:rPr>
          <w:b/>
        </w:rPr>
        <w:t>☐ tak  ☐ nie</w:t>
      </w:r>
      <w:r>
        <w:t xml:space="preserve">   Jeżeli tak – informacja o wyniku badania wody: </w:t>
      </w:r>
      <w:r>
        <w:rPr>
          <w:b/>
          <w:shd w:val="clear" w:color="auto" w:fill="FFF2CC"/>
        </w:rPr>
        <w:t>[ZAŁĄCZNIK / INFORMACJA]</w:t>
      </w:r>
    </w:p>
    <w:p w14:paraId="09DA8BFF" w14:textId="77777777" w:rsidR="00C01E89" w:rsidRDefault="00000000">
      <w:pPr>
        <w:rPr>
          <w:rFonts w:hint="eastAsia"/>
        </w:rPr>
      </w:pPr>
      <w:r>
        <w:t xml:space="preserve">Urządzenia sanitarne dla uczestników: </w:t>
      </w:r>
      <w:r>
        <w:rPr>
          <w:b/>
          <w:shd w:val="clear" w:color="auto" w:fill="FFF2CC"/>
        </w:rPr>
        <w:t>[LICZBA I RODZAJ TOALET, W TYM TOALET DOSTĘPNYCH]</w:t>
      </w:r>
    </w:p>
    <w:p w14:paraId="20396285" w14:textId="77777777" w:rsidR="00C01E89" w:rsidRDefault="00000000">
      <w:pPr>
        <w:rPr>
          <w:rFonts w:hint="eastAsia"/>
        </w:rPr>
      </w:pPr>
      <w:r>
        <w:t xml:space="preserve">Sposób utrzymania czystości sanitariatów podczas imprezy: </w:t>
      </w:r>
      <w:r>
        <w:rPr>
          <w:b/>
          <w:shd w:val="clear" w:color="auto" w:fill="FFF2CC"/>
        </w:rPr>
        <w:t>[OPIS / PODMIOT ODPOWIEDZIALNY]</w:t>
      </w:r>
    </w:p>
    <w:p w14:paraId="54855A96" w14:textId="77777777" w:rsidR="00C01E89" w:rsidRDefault="00000000">
      <w:pPr>
        <w:rPr>
          <w:rFonts w:hint="eastAsia"/>
        </w:rPr>
      </w:pPr>
      <w:r>
        <w:t xml:space="preserve">Sposób gromadzenia i odbioru odpadów komunalnych: </w:t>
      </w:r>
      <w:r>
        <w:rPr>
          <w:b/>
          <w:shd w:val="clear" w:color="auto" w:fill="FFF2CC"/>
        </w:rPr>
        <w:t>[POJEMNIKI, ODBIÓR, PODMIOT]</w:t>
      </w:r>
    </w:p>
    <w:p w14:paraId="1AF11745" w14:textId="77777777" w:rsidR="00C01E89" w:rsidRDefault="00000000">
      <w:pPr>
        <w:rPr>
          <w:rFonts w:hint="eastAsia"/>
        </w:rPr>
      </w:pPr>
      <w:r>
        <w:t xml:space="preserve">Sposób sprzątania terenu podczas imprezy i po jej zakończeniu: </w:t>
      </w:r>
      <w:r>
        <w:rPr>
          <w:b/>
          <w:shd w:val="clear" w:color="auto" w:fill="FFF2CC"/>
        </w:rPr>
        <w:t>[OPIS / PODMIOT]</w:t>
      </w:r>
    </w:p>
    <w:p w14:paraId="2E165F53" w14:textId="77777777" w:rsidR="00C01E89" w:rsidRDefault="00000000">
      <w:pPr>
        <w:pStyle w:val="Nagwek1"/>
      </w:pPr>
      <w:r>
        <w:t>3. Gastronomia – jeżeli dotyczy</w:t>
      </w:r>
    </w:p>
    <w:p w14:paraId="2B53C1E7" w14:textId="77777777" w:rsidR="00C01E89" w:rsidRDefault="00000000">
      <w:pPr>
        <w:rPr>
          <w:rFonts w:hint="eastAsia"/>
        </w:rPr>
      </w:pPr>
      <w:r>
        <w:t xml:space="preserve">Czy podczas imprezy będzie prowadzona sprzedaż / podawanie żywności lub napojów? </w:t>
      </w:r>
      <w:r>
        <w:rPr>
          <w:b/>
        </w:rPr>
        <w:t>☐ tak  ☐ nie</w:t>
      </w:r>
    </w:p>
    <w:p w14:paraId="47429116" w14:textId="77777777" w:rsidR="00C01E89" w:rsidRDefault="00000000">
      <w:pPr>
        <w:rPr>
          <w:rFonts w:hint="eastAsia"/>
        </w:rPr>
      </w:pPr>
      <w:r>
        <w:t xml:space="preserve">Liczba i rodzaj punktów gastronomicznych: </w:t>
      </w:r>
      <w:r>
        <w:rPr>
          <w:b/>
          <w:shd w:val="clear" w:color="auto" w:fill="FFF2CC"/>
        </w:rPr>
        <w:t>[OPIS / NIE DOTYCZY]</w:t>
      </w:r>
    </w:p>
    <w:p w14:paraId="5FC4CE7C" w14:textId="77777777" w:rsidR="00C01E89" w:rsidRDefault="00000000">
      <w:pPr>
        <w:rPr>
          <w:rFonts w:hint="eastAsia"/>
        </w:rPr>
      </w:pPr>
      <w:r>
        <w:lastRenderedPageBreak/>
        <w:t xml:space="preserve">Podmioty prowadzące punkty gastronomiczne: </w:t>
      </w:r>
      <w:r>
        <w:rPr>
          <w:b/>
          <w:shd w:val="clear" w:color="auto" w:fill="FFF2CC"/>
        </w:rPr>
        <w:t>[NAZWY / WYKAZ W ZAŁĄCZNIKU / NIE DOTYCZY]</w:t>
      </w:r>
    </w:p>
    <w:p w14:paraId="1C324E8E" w14:textId="77777777" w:rsidR="00C01E89" w:rsidRDefault="00000000">
      <w:pPr>
        <w:rPr>
          <w:rFonts w:hint="eastAsia"/>
        </w:rPr>
      </w:pPr>
      <w:r>
        <w:t xml:space="preserve">Sposób zapewnienia warunków higienicznych, wody i postępowania z odpadami w punktach gastronomicznych: </w:t>
      </w:r>
      <w:r>
        <w:rPr>
          <w:b/>
          <w:shd w:val="clear" w:color="auto" w:fill="FFF2CC"/>
        </w:rPr>
        <w:t>[OPIS / NIE DOTYCZY]</w:t>
      </w:r>
    </w:p>
    <w:p w14:paraId="50FC5974" w14:textId="77777777" w:rsidR="00C01E89" w:rsidRDefault="00000000">
      <w:pPr>
        <w:pStyle w:val="Instrukcja"/>
        <w:rPr>
          <w:rFonts w:hint="eastAsia"/>
        </w:rPr>
      </w:pPr>
      <w:r>
        <w:t>Punkty gastronomiczne powinny spełniać wymagania właściwe dla prowadzonej działalności. Właściwy inspektor sanitarny może wymagać dokumentów potwierdzających zatwierdzenie/rejestrację podmiotów prowadzących obrót żywnością.</w:t>
      </w:r>
    </w:p>
    <w:p w14:paraId="7C0095FF" w14:textId="77777777" w:rsidR="00C01E89" w:rsidRDefault="00000000">
      <w:pPr>
        <w:pStyle w:val="Nagwek1"/>
      </w:pPr>
      <w:r>
        <w:t>4. Załączniki</w:t>
      </w:r>
    </w:p>
    <w:p w14:paraId="3D875631" w14:textId="77777777" w:rsidR="00C01E89" w:rsidRDefault="00000000">
      <w:pPr>
        <w:rPr>
          <w:rFonts w:hint="eastAsia"/>
        </w:rPr>
      </w:pPr>
      <w:r>
        <w:t>Do wniosku załączam – odpowiednio do charakteru imprezy i wymagań właściwego organu:</w:t>
      </w:r>
    </w:p>
    <w:p w14:paraId="0C0267B3" w14:textId="77777777" w:rsidR="00C01E89" w:rsidRDefault="00000000">
      <w:pPr>
        <w:rPr>
          <w:rFonts w:hint="eastAsia"/>
        </w:rPr>
      </w:pPr>
      <w:r>
        <w:t>☐ graficzny plan obiektu (terenu) wraz z opisem, obejmujący elementy wymagane przepisami;</w:t>
      </w:r>
    </w:p>
    <w:p w14:paraId="535105F5" w14:textId="77777777" w:rsidR="00C01E89" w:rsidRDefault="00000000">
      <w:pPr>
        <w:rPr>
          <w:rFonts w:hint="eastAsia"/>
        </w:rPr>
      </w:pPr>
      <w:r>
        <w:t>☐ program i regulamin imprezy wraz z informacją o sposobie udostępnienia uczestnikom;</w:t>
      </w:r>
    </w:p>
    <w:p w14:paraId="665E703A" w14:textId="77777777" w:rsidR="00C01E89" w:rsidRDefault="00000000">
      <w:pPr>
        <w:rPr>
          <w:rFonts w:hint="eastAsia"/>
        </w:rPr>
      </w:pPr>
      <w:r>
        <w:t>☐ regulamin obiektu (terenu) – jeżeli dotyczy;</w:t>
      </w:r>
    </w:p>
    <w:p w14:paraId="5004544F" w14:textId="77777777" w:rsidR="00C01E89" w:rsidRDefault="00000000">
      <w:pPr>
        <w:rPr>
          <w:rFonts w:hint="eastAsia"/>
        </w:rPr>
      </w:pPr>
      <w:r>
        <w:t>☐ terminarz imprez – w przypadku imprez organizowanych cyklicznie;</w:t>
      </w:r>
    </w:p>
    <w:p w14:paraId="51234279" w14:textId="77777777" w:rsidR="00C01E89" w:rsidRDefault="00000000">
      <w:pPr>
        <w:rPr>
          <w:rFonts w:hint="eastAsia"/>
        </w:rPr>
      </w:pPr>
      <w:r>
        <w:t>☐ informację o liczbie i rozmieszczeniu sanitariatów;</w:t>
      </w:r>
    </w:p>
    <w:p w14:paraId="50BA0BC0" w14:textId="77777777" w:rsidR="00C01E89" w:rsidRDefault="00000000">
      <w:pPr>
        <w:rPr>
          <w:rFonts w:hint="eastAsia"/>
        </w:rPr>
      </w:pPr>
      <w:r>
        <w:t>☐ dokumentację dotyczącą zaopatrzenia w wodę / wynik badania wody – jeżeli dotyczy;</w:t>
      </w:r>
    </w:p>
    <w:p w14:paraId="0C619EE4" w14:textId="77777777" w:rsidR="00C01E89" w:rsidRDefault="00000000">
      <w:pPr>
        <w:rPr>
          <w:rFonts w:hint="eastAsia"/>
        </w:rPr>
      </w:pPr>
      <w:r>
        <w:t>☐ umowę / informację dotyczącą dostawy i obsługi toalet tymczasowych – jeżeli dotyczy;</w:t>
      </w:r>
    </w:p>
    <w:p w14:paraId="18195803" w14:textId="77777777" w:rsidR="00C01E89" w:rsidRDefault="00000000">
      <w:pPr>
        <w:rPr>
          <w:rFonts w:hint="eastAsia"/>
        </w:rPr>
      </w:pPr>
      <w:r>
        <w:t>☐ umowę / informację dotyczącą sprzątania terenu;</w:t>
      </w:r>
    </w:p>
    <w:p w14:paraId="1F5233FF" w14:textId="77777777" w:rsidR="00C01E89" w:rsidRDefault="00000000">
      <w:pPr>
        <w:rPr>
          <w:rFonts w:hint="eastAsia"/>
        </w:rPr>
      </w:pPr>
      <w:r>
        <w:t>☐ umowę / informację dotyczącą odbioru odpadów i ścieków – jeżeli dotyczy;</w:t>
      </w:r>
    </w:p>
    <w:p w14:paraId="2FA18D5D" w14:textId="77777777" w:rsidR="00C01E89" w:rsidRDefault="00000000">
      <w:pPr>
        <w:rPr>
          <w:rFonts w:hint="eastAsia"/>
        </w:rPr>
      </w:pPr>
      <w:r>
        <w:t>☐ wykaz punktów gastronomicznych i dokumenty dotyczące podmiotów gastronomicznych – jeżeli dotyczy;</w:t>
      </w:r>
    </w:p>
    <w:p w14:paraId="63B8E673" w14:textId="77777777" w:rsidR="00C01E89" w:rsidRDefault="00000000">
      <w:pPr>
        <w:rPr>
          <w:rFonts w:hint="eastAsia"/>
        </w:rPr>
      </w:pPr>
      <w:r>
        <w:t>☐ pełnomocnictwo – jeżeli wniosek składa pełnomocnik;</w:t>
      </w:r>
    </w:p>
    <w:p w14:paraId="476DB66C" w14:textId="77777777" w:rsidR="00C01E89" w:rsidRDefault="00000000">
      <w:pPr>
        <w:rPr>
          <w:rFonts w:hint="eastAsia"/>
        </w:rPr>
      </w:pPr>
      <w:r>
        <w:t xml:space="preserve">☐ inne: </w:t>
      </w:r>
      <w:r>
        <w:rPr>
          <w:b/>
          <w:shd w:val="clear" w:color="auto" w:fill="FFF2CC"/>
        </w:rPr>
        <w:t>[WSKAŻ]</w:t>
      </w:r>
      <w:r>
        <w:t>.</w:t>
      </w:r>
    </w:p>
    <w:p w14:paraId="56FC359C" w14:textId="77777777" w:rsidR="00C01E89" w:rsidRDefault="00000000">
      <w:pPr>
        <w:pStyle w:val="Instrukcja"/>
        <w:rPr>
          <w:rFonts w:hint="eastAsia"/>
        </w:rPr>
      </w:pPr>
      <w:r>
        <w:t>Plan terenu przygotowywany dla procedury imprezy masowej powinien być zgodny z art. 26 ustawy i pokazywać m.in. drogi dojścia i rozchodzenia się uczestników, drogi ewakuacyjne i dojazdowe służb, punkty pomocy medycznej, elementy infrastruktury mające wpływ na bezpieczeństwo, rozmieszczenie uczestników, służb, gastronomii i sanitariatów. Dla potrzeb sanitarnych warto dodatkowo czytelnie oznaczyć punkty wody, toalety, gastronomię i miejsca gromadzenia odpadów.</w:t>
      </w:r>
    </w:p>
    <w:p w14:paraId="24A17C7D" w14:textId="77777777" w:rsidR="00C01E89" w:rsidRDefault="00000000">
      <w:pPr>
        <w:pStyle w:val="Nagwek1"/>
      </w:pPr>
      <w:r>
        <w:t>5. Oświadczenie i kontakt</w:t>
      </w:r>
    </w:p>
    <w:p w14:paraId="62318094" w14:textId="77777777" w:rsidR="00C01E89" w:rsidRDefault="00000000">
      <w:pPr>
        <w:rPr>
          <w:rFonts w:hint="eastAsia"/>
        </w:rPr>
      </w:pPr>
      <w:r>
        <w:t>Oświadczam, że informacje przedstawione we wniosku odpowiadają planowanemu sposobowi organizacji imprezy. W przypadku zmian mających znaczenie dla wydawanej opinii organizator przekaże właściwemu organowi aktualne informacje.</w:t>
      </w:r>
    </w:p>
    <w:p w14:paraId="201E9E4F" w14:textId="77777777" w:rsidR="00C01E89" w:rsidRDefault="00000000">
      <w:pPr>
        <w:rPr>
          <w:rFonts w:hint="eastAsia"/>
        </w:rPr>
      </w:pPr>
      <w:r>
        <w:t xml:space="preserve">Osoba do kontaktu w sprawie wniosku: </w:t>
      </w:r>
      <w:r>
        <w:rPr>
          <w:b/>
          <w:shd w:val="clear" w:color="auto" w:fill="FFF2CC"/>
        </w:rPr>
        <w:t>[IMIĘ I NAZWISKO, TELEFON, E-MAIL]</w:t>
      </w:r>
    </w:p>
    <w:p w14:paraId="51AC0FCB" w14:textId="77777777" w:rsidR="00C01E89" w:rsidRDefault="00C01E89">
      <w:pPr>
        <w:rPr>
          <w:rFonts w:hint="eastAsia"/>
        </w:rPr>
      </w:pPr>
    </w:p>
    <w:p w14:paraId="50E6C971" w14:textId="77777777" w:rsidR="00C01E89" w:rsidRDefault="00000000">
      <w:pPr>
        <w:jc w:val="right"/>
        <w:rPr>
          <w:rFonts w:hint="eastAsia"/>
        </w:rPr>
      </w:pPr>
      <w:r>
        <w:rPr>
          <w:b/>
          <w:shd w:val="clear" w:color="auto" w:fill="FFF2CC"/>
        </w:rPr>
        <w:t>[IMIĘ I NAZWISKO OSOBY UPRAWNIONEJ]</w:t>
      </w:r>
      <w:r>
        <w:rPr>
          <w:b/>
          <w:shd w:val="clear" w:color="auto" w:fill="FFF2CC"/>
        </w:rPr>
        <w:br/>
        <w:t>[FUNKCJA]</w:t>
      </w:r>
      <w:r>
        <w:rPr>
          <w:b/>
          <w:shd w:val="clear" w:color="auto" w:fill="FFF2CC"/>
        </w:rPr>
        <w:br/>
      </w:r>
      <w:r>
        <w:rPr>
          <w:b/>
          <w:shd w:val="clear" w:color="auto" w:fill="FFF2CC"/>
        </w:rPr>
        <w:br/>
        <w:t>____________________________</w:t>
      </w:r>
      <w:r>
        <w:rPr>
          <w:b/>
          <w:shd w:val="clear" w:color="auto" w:fill="FFF2CC"/>
        </w:rPr>
        <w:br/>
        <w:t>podpis</w:t>
      </w:r>
    </w:p>
    <w:sectPr w:rsidR="00C01E89" w:rsidSect="002C0336">
      <w:headerReference w:type="default" r:id="rId8"/>
      <w:footerReference w:type="default" r:id="rId9"/>
      <w:pgSz w:w="12240" w:h="15840"/>
      <w:pgMar w:top="907" w:right="1191" w:bottom="907" w:left="1191" w:header="22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0C104" w14:textId="77777777" w:rsidR="00280690" w:rsidRDefault="00280690">
      <w:pPr>
        <w:spacing w:after="0" w:line="240" w:lineRule="auto"/>
        <w:rPr>
          <w:rFonts w:hint="eastAsia"/>
        </w:rPr>
      </w:pPr>
      <w:r>
        <w:separator/>
      </w:r>
    </w:p>
  </w:endnote>
  <w:endnote w:type="continuationSeparator" w:id="0">
    <w:p w14:paraId="5AA83886" w14:textId="77777777" w:rsidR="00280690" w:rsidRDefault="00280690">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C9CBE" w14:textId="77777777" w:rsidR="00C01E89" w:rsidRDefault="00000000">
    <w:pPr>
      <w:pStyle w:val="Stopka"/>
      <w:jc w:val="center"/>
      <w:rPr>
        <w:rFonts w:hint="eastAsia"/>
      </w:rPr>
    </w:pPr>
    <w:proofErr w:type="spellStart"/>
    <w:r>
      <w:rPr>
        <w:color w:val="6E6E6E"/>
        <w:sz w:val="16"/>
      </w:rPr>
      <w:t>Wniosek</w:t>
    </w:r>
    <w:proofErr w:type="spellEnd"/>
    <w:r>
      <w:rPr>
        <w:color w:val="6E6E6E"/>
        <w:sz w:val="16"/>
      </w:rPr>
      <w:t xml:space="preserve"> o </w:t>
    </w:r>
    <w:proofErr w:type="spellStart"/>
    <w:r>
      <w:rPr>
        <w:color w:val="6E6E6E"/>
        <w:sz w:val="16"/>
      </w:rPr>
      <w:t>wydanie</w:t>
    </w:r>
    <w:proofErr w:type="spellEnd"/>
    <w:r>
      <w:rPr>
        <w:color w:val="6E6E6E"/>
        <w:sz w:val="16"/>
      </w:rPr>
      <w:t xml:space="preserve"> </w:t>
    </w:r>
    <w:proofErr w:type="spellStart"/>
    <w:r>
      <w:rPr>
        <w:color w:val="6E6E6E"/>
        <w:sz w:val="16"/>
      </w:rPr>
      <w:t>opinii</w:t>
    </w:r>
    <w:proofErr w:type="spellEnd"/>
    <w:r>
      <w:rPr>
        <w:color w:val="6E6E6E"/>
        <w:sz w:val="16"/>
      </w:rPr>
      <w:t xml:space="preserve"> </w:t>
    </w:r>
    <w:proofErr w:type="spellStart"/>
    <w:r>
      <w:rPr>
        <w:color w:val="6E6E6E"/>
        <w:sz w:val="16"/>
      </w:rPr>
      <w:t>sanitarnej</w:t>
    </w:r>
    <w:proofErr w:type="spellEnd"/>
    <w:r>
      <w:rPr>
        <w:color w:val="6E6E6E"/>
        <w:sz w:val="16"/>
      </w:rPr>
      <w:t xml:space="preserve"> – </w:t>
    </w:r>
    <w:proofErr w:type="spellStart"/>
    <w:r>
      <w:rPr>
        <w:color w:val="6E6E6E"/>
        <w:sz w:val="16"/>
      </w:rPr>
      <w:t>impreza</w:t>
    </w:r>
    <w:proofErr w:type="spellEnd"/>
    <w:r>
      <w:rPr>
        <w:color w:val="6E6E6E"/>
        <w:sz w:val="16"/>
      </w:rPr>
      <w:t xml:space="preserve"> </w:t>
    </w:r>
    <w:proofErr w:type="spellStart"/>
    <w:r>
      <w:rPr>
        <w:color w:val="6E6E6E"/>
        <w:sz w:val="16"/>
      </w:rPr>
      <w:t>masowa</w:t>
    </w:r>
    <w:proofErr w:type="spellEnd"/>
    <w:r>
      <w:rPr>
        <w:color w:val="6E6E6E"/>
        <w:sz w:val="16"/>
      </w:rPr>
      <w:t xml:space="preserve"> | </w:t>
    </w:r>
    <w:proofErr w:type="spellStart"/>
    <w:r>
      <w:rPr>
        <w:color w:val="6E6E6E"/>
        <w:sz w:val="16"/>
      </w:rPr>
      <w:t>wzór</w:t>
    </w:r>
    <w:proofErr w:type="spellEnd"/>
    <w:r>
      <w:rPr>
        <w:color w:val="6E6E6E"/>
        <w:sz w:val="16"/>
      </w:rPr>
      <w:t xml:space="preserve"> </w:t>
    </w:r>
    <w:proofErr w:type="spellStart"/>
    <w:r>
      <w:rPr>
        <w:color w:val="6E6E6E"/>
        <w:sz w:val="16"/>
      </w:rPr>
      <w:t>dla</w:t>
    </w:r>
    <w:proofErr w:type="spellEnd"/>
    <w:r>
      <w:rPr>
        <w:color w:val="6E6E6E"/>
        <w:sz w:val="16"/>
      </w:rPr>
      <w:t xml:space="preserve"> NGO | </w:t>
    </w:r>
    <w:proofErr w:type="spellStart"/>
    <w:r>
      <w:rPr>
        <w:color w:val="6E6E6E"/>
        <w:sz w:val="16"/>
      </w:rPr>
      <w:t>pola</w:t>
    </w:r>
    <w:proofErr w:type="spellEnd"/>
    <w:r>
      <w:rPr>
        <w:color w:val="6E6E6E"/>
        <w:sz w:val="16"/>
      </w:rPr>
      <w:t xml:space="preserve"> </w:t>
    </w:r>
    <w:proofErr w:type="spellStart"/>
    <w:r>
      <w:rPr>
        <w:color w:val="6E6E6E"/>
        <w:sz w:val="16"/>
      </w:rPr>
      <w:t>żółte</w:t>
    </w:r>
    <w:proofErr w:type="spellEnd"/>
    <w:r>
      <w:rPr>
        <w:color w:val="6E6E6E"/>
        <w:sz w:val="16"/>
      </w:rPr>
      <w:t xml:space="preserve"> </w:t>
    </w:r>
    <w:proofErr w:type="spellStart"/>
    <w:r>
      <w:rPr>
        <w:color w:val="6E6E6E"/>
        <w:sz w:val="16"/>
      </w:rPr>
      <w:t>wymagają</w:t>
    </w:r>
    <w:proofErr w:type="spellEnd"/>
    <w:r>
      <w:rPr>
        <w:color w:val="6E6E6E"/>
        <w:sz w:val="16"/>
      </w:rPr>
      <w:t xml:space="preserve"> </w:t>
    </w:r>
    <w:proofErr w:type="spellStart"/>
    <w:r>
      <w:rPr>
        <w:color w:val="6E6E6E"/>
        <w:sz w:val="16"/>
      </w:rPr>
      <w:t>dostosowania</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9ECF2" w14:textId="77777777" w:rsidR="00280690" w:rsidRDefault="00280690">
      <w:pPr>
        <w:spacing w:after="0" w:line="240" w:lineRule="auto"/>
        <w:rPr>
          <w:rFonts w:hint="eastAsia"/>
        </w:rPr>
      </w:pPr>
      <w:r>
        <w:separator/>
      </w:r>
    </w:p>
  </w:footnote>
  <w:footnote w:type="continuationSeparator" w:id="0">
    <w:p w14:paraId="22A51228" w14:textId="77777777" w:rsidR="00280690" w:rsidRDefault="00280690">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E93E0" w14:textId="6E3C45BA" w:rsidR="002C0336" w:rsidRDefault="002C0336">
    <w:pPr>
      <w:pStyle w:val="Nagwek"/>
    </w:pPr>
    <w:r>
      <w:rPr>
        <w:noProof/>
      </w:rPr>
      <w:drawing>
        <wp:inline distT="0" distB="0" distL="0" distR="0" wp14:anchorId="19A10234" wp14:editId="39A79CEF">
          <wp:extent cx="6188075" cy="506095"/>
          <wp:effectExtent l="0" t="0" r="3175" b="8255"/>
          <wp:docPr id="66021326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8075" cy="50609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512689445">
    <w:abstractNumId w:val="8"/>
  </w:num>
  <w:num w:numId="2" w16cid:durableId="410007831">
    <w:abstractNumId w:val="6"/>
  </w:num>
  <w:num w:numId="3" w16cid:durableId="111242635">
    <w:abstractNumId w:val="5"/>
  </w:num>
  <w:num w:numId="4" w16cid:durableId="345207872">
    <w:abstractNumId w:val="4"/>
  </w:num>
  <w:num w:numId="5" w16cid:durableId="1255674118">
    <w:abstractNumId w:val="7"/>
  </w:num>
  <w:num w:numId="6" w16cid:durableId="920336102">
    <w:abstractNumId w:val="3"/>
  </w:num>
  <w:num w:numId="7" w16cid:durableId="662513397">
    <w:abstractNumId w:val="2"/>
  </w:num>
  <w:num w:numId="8" w16cid:durableId="1772168314">
    <w:abstractNumId w:val="1"/>
  </w:num>
  <w:num w:numId="9" w16cid:durableId="1326275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0690"/>
    <w:rsid w:val="0029639D"/>
    <w:rsid w:val="002C0336"/>
    <w:rsid w:val="00326F90"/>
    <w:rsid w:val="00501F83"/>
    <w:rsid w:val="00AA1D8D"/>
    <w:rsid w:val="00B47730"/>
    <w:rsid w:val="00C01E8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B5B3B8"/>
  <w14:defaultImageDpi w14:val="300"/>
  <w15:docId w15:val="{A2BDC341-D0F1-4DA6-9642-C930D229F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84" w:line="247" w:lineRule="auto"/>
    </w:pPr>
    <w:rPr>
      <w:rFonts w:ascii="Aptos" w:hAnsi="Aptos"/>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5"/>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nstrukcja">
    <w:name w:val="Instrukcja"/>
    <w:rPr>
      <w:rFonts w:ascii="Aptos" w:hAnsi="Aptos"/>
      <w:i/>
      <w:color w:val="5A5A5A"/>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647</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 Glo</cp:lastModifiedBy>
  <cp:revision>2</cp:revision>
  <dcterms:created xsi:type="dcterms:W3CDTF">2013-12-23T23:15:00Z</dcterms:created>
  <dcterms:modified xsi:type="dcterms:W3CDTF">2026-09-07T10:28:00Z</dcterms:modified>
  <cp:category/>
</cp:coreProperties>
</file>