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F6D2" w14:textId="77777777" w:rsidR="00D92CE5" w:rsidRDefault="00000000">
      <w:pPr>
        <w:pStyle w:val="Tytu"/>
        <w:jc w:val="center"/>
      </w:pPr>
      <w:r>
        <w:t>WNIOSEK DO PAŃSTWOWEJ STRAŻY POŻARNEJ</w:t>
      </w:r>
      <w:r>
        <w:br/>
        <w:t>O WYDANIE OPINII DOTYCZĄCEJ IMPREZY MASOWEJ</w:t>
      </w:r>
    </w:p>
    <w:p w14:paraId="69E49C1F" w14:textId="77777777" w:rsidR="00D92CE5" w:rsidRDefault="00000000">
      <w:pPr>
        <w:jc w:val="center"/>
      </w:pPr>
      <w:r>
        <w:rPr>
          <w:b/>
        </w:rPr>
        <w:t>wzór dla organizatora / NGO</w:t>
      </w:r>
    </w:p>
    <w:p w14:paraId="02463632" w14:textId="77777777" w:rsidR="00D92CE5" w:rsidRDefault="00000000">
      <w:pPr>
        <w:pStyle w:val="Instrukcja"/>
        <w:spacing w:after="40"/>
      </w:pPr>
      <w:r>
        <w:t>INSTRUKCJA: wzór dotyczy IMPREZY MASOWEJ w rozumieniu ustawy o bezpieczeństwie imprez masowych. Nie każde wydarzenie NGO podlega tej procedurze. Przed złożeniem sprawdź wymagania właściwej miejscowo komendy PSP; komendy mogą udostępniać własne formularze i wskazywać sposób przekazania dokumentacji. Uzupełnij pola żółte i usuń instrukcje.</w:t>
      </w:r>
    </w:p>
    <w:p w14:paraId="5A99C2FA" w14:textId="77777777" w:rsidR="00D92CE5" w:rsidRDefault="00000000">
      <w:pPr>
        <w:jc w:val="right"/>
      </w:pPr>
      <w:r>
        <w:rPr>
          <w:b/>
          <w:shd w:val="clear" w:color="auto" w:fill="FFF2CC"/>
        </w:rPr>
        <w:t>[MIEJSCOWOŚĆ, DATA]</w:t>
      </w:r>
    </w:p>
    <w:p w14:paraId="57D9CE1B" w14:textId="77777777" w:rsidR="00D92CE5" w:rsidRDefault="00000000">
      <w:r>
        <w:rPr>
          <w:b/>
          <w:shd w:val="clear" w:color="auto" w:fill="FFF2CC"/>
        </w:rPr>
        <w:t>[PEŁNA NAZWA ORGANIZATORA]</w:t>
      </w:r>
      <w:r>
        <w:br/>
      </w:r>
      <w:r>
        <w:rPr>
          <w:b/>
          <w:shd w:val="clear" w:color="auto" w:fill="FFF2CC"/>
        </w:rPr>
        <w:t>[ADRES]</w:t>
      </w:r>
      <w:r>
        <w:br/>
        <w:t xml:space="preserve">KRS / NIP / REGON: </w:t>
      </w:r>
      <w:r>
        <w:rPr>
          <w:b/>
          <w:shd w:val="clear" w:color="auto" w:fill="FFF2CC"/>
        </w:rPr>
        <w:t>[DANE – JEŻELI DOTYCZY]</w:t>
      </w:r>
      <w:r>
        <w:br/>
        <w:t xml:space="preserve">E-mail: </w:t>
      </w:r>
      <w:r>
        <w:rPr>
          <w:b/>
          <w:shd w:val="clear" w:color="auto" w:fill="FFF2CC"/>
        </w:rPr>
        <w:t>[E-MAIL]</w:t>
      </w:r>
      <w:r>
        <w:t xml:space="preserve">   tel.: </w:t>
      </w:r>
      <w:r>
        <w:rPr>
          <w:b/>
          <w:shd w:val="clear" w:color="auto" w:fill="FFF2CC"/>
        </w:rPr>
        <w:t>[TELEFON]</w:t>
      </w:r>
    </w:p>
    <w:p w14:paraId="59C4D81E" w14:textId="77777777" w:rsidR="00D92CE5" w:rsidRDefault="00000000">
      <w:pPr>
        <w:jc w:val="right"/>
      </w:pPr>
      <w:r>
        <w:rPr>
          <w:b/>
        </w:rPr>
        <w:t>Do:</w:t>
      </w:r>
      <w:r>
        <w:rPr>
          <w:b/>
        </w:rPr>
        <w:br/>
      </w:r>
      <w:r>
        <w:rPr>
          <w:b/>
          <w:shd w:val="clear" w:color="auto" w:fill="FFF2CC"/>
        </w:rPr>
        <w:t>[KOMENDANT POWIATOWY / MIEJSKI PSP]</w:t>
      </w:r>
      <w:r>
        <w:rPr>
          <w:b/>
          <w:shd w:val="clear" w:color="auto" w:fill="FFF2CC"/>
        </w:rPr>
        <w:br/>
        <w:t>[WŁAŚCIWA KOMENDA I ADRES]</w:t>
      </w:r>
    </w:p>
    <w:p w14:paraId="6FA3EFD5" w14:textId="77777777" w:rsidR="00D92CE5" w:rsidRDefault="00000000">
      <w:pPr>
        <w:jc w:val="center"/>
      </w:pPr>
      <w:r>
        <w:rPr>
          <w:b/>
        </w:rPr>
        <w:t>WNIOSEK O WYDANIE OPINII</w:t>
      </w:r>
    </w:p>
    <w:p w14:paraId="7F349EA9" w14:textId="77777777" w:rsidR="00D92CE5" w:rsidRDefault="00000000">
      <w:r>
        <w:t>Na podstawie art. 25 ustawy z dnia 20 marca 2009 r. o bezpieczeństwie imprez masowych, jako organizator planowanej imprezy masowej zwracam się z wnioskiem o wydanie opinii o niezbędnej wielkości sił i środków potrzebnych do zabezpieczenia imprezy, zastrzeżeniach do stanu technicznego obiektu (terenu) oraz o przewidywanych zagrożeniach.</w:t>
      </w:r>
    </w:p>
    <w:p w14:paraId="20B7A2F9" w14:textId="77777777" w:rsidR="00D92CE5" w:rsidRDefault="00000000">
      <w:pPr>
        <w:pStyle w:val="Nagwek1"/>
      </w:pPr>
      <w:r>
        <w:t>1. Dane dotyczące imprezy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58"/>
        <w:gridCol w:w="4958"/>
      </w:tblGrid>
      <w:tr w:rsidR="00D92CE5" w14:paraId="321E303F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3FF3DB63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Nazwa imprezy</w:t>
            </w:r>
          </w:p>
        </w:tc>
        <w:tc>
          <w:tcPr>
            <w:tcW w:w="4958" w:type="dxa"/>
            <w:shd w:val="clear" w:color="auto" w:fill="FFF2CC"/>
          </w:tcPr>
          <w:p w14:paraId="09342FE6" w14:textId="77777777" w:rsidR="00D92CE5" w:rsidRDefault="00000000">
            <w:pPr>
              <w:spacing w:after="0"/>
            </w:pPr>
            <w:r>
              <w:rPr>
                <w:sz w:val="18"/>
              </w:rPr>
              <w:t>[NAZWA]</w:t>
            </w:r>
          </w:p>
        </w:tc>
      </w:tr>
      <w:tr w:rsidR="00D92CE5" w14:paraId="12F90C73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4B2DA260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Rodzaj imprezy</w:t>
            </w:r>
          </w:p>
        </w:tc>
        <w:tc>
          <w:tcPr>
            <w:tcW w:w="4958" w:type="dxa"/>
            <w:shd w:val="clear" w:color="auto" w:fill="FFF2CC"/>
          </w:tcPr>
          <w:p w14:paraId="30BB0D46" w14:textId="77777777" w:rsidR="00D92CE5" w:rsidRDefault="00000000">
            <w:pPr>
              <w:spacing w:after="0"/>
            </w:pPr>
            <w:r>
              <w:rPr>
                <w:sz w:val="18"/>
              </w:rPr>
              <w:t>[ARTYSTYCZNO-ROZRYWKOWA / SPORTOWA / MECZ PIŁKI NOŻNEJ]</w:t>
            </w:r>
          </w:p>
        </w:tc>
      </w:tr>
      <w:tr w:rsidR="00D92CE5" w14:paraId="466B7AC2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775F5F55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Miejsce i adres</w:t>
            </w:r>
          </w:p>
        </w:tc>
        <w:tc>
          <w:tcPr>
            <w:tcW w:w="4958" w:type="dxa"/>
            <w:shd w:val="clear" w:color="auto" w:fill="FFF2CC"/>
          </w:tcPr>
          <w:p w14:paraId="20D92BA1" w14:textId="77777777" w:rsidR="00D92CE5" w:rsidRDefault="00000000">
            <w:pPr>
              <w:spacing w:after="0"/>
            </w:pPr>
            <w:r>
              <w:rPr>
                <w:sz w:val="18"/>
              </w:rPr>
              <w:t>[OBIEKT / TEREN, ADRES]</w:t>
            </w:r>
          </w:p>
        </w:tc>
      </w:tr>
      <w:tr w:rsidR="00D92CE5" w14:paraId="54AD0783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245131F4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4958" w:type="dxa"/>
            <w:shd w:val="clear" w:color="auto" w:fill="FFF2CC"/>
          </w:tcPr>
          <w:p w14:paraId="59F6306F" w14:textId="77777777" w:rsidR="00D92CE5" w:rsidRDefault="00000000">
            <w:pPr>
              <w:spacing w:after="0"/>
            </w:pPr>
            <w:r>
              <w:rPr>
                <w:sz w:val="18"/>
              </w:rPr>
              <w:t>[DATA]</w:t>
            </w:r>
          </w:p>
        </w:tc>
      </w:tr>
      <w:tr w:rsidR="00D92CE5" w14:paraId="687B026E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0D0609BB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Godziny trwania</w:t>
            </w:r>
          </w:p>
        </w:tc>
        <w:tc>
          <w:tcPr>
            <w:tcW w:w="4958" w:type="dxa"/>
            <w:shd w:val="clear" w:color="auto" w:fill="FFF2CC"/>
          </w:tcPr>
          <w:p w14:paraId="3BAFF5F1" w14:textId="77777777" w:rsidR="00D92CE5" w:rsidRDefault="00000000">
            <w:pPr>
              <w:spacing w:after="0"/>
            </w:pPr>
            <w:r>
              <w:rPr>
                <w:sz w:val="18"/>
              </w:rPr>
              <w:t>[OD – DO]</w:t>
            </w:r>
          </w:p>
        </w:tc>
      </w:tr>
      <w:tr w:rsidR="00D92CE5" w14:paraId="170030BA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521914AB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Udostępnienie terenu uczestnikom</w:t>
            </w:r>
          </w:p>
        </w:tc>
        <w:tc>
          <w:tcPr>
            <w:tcW w:w="4958" w:type="dxa"/>
            <w:shd w:val="clear" w:color="auto" w:fill="FFF2CC"/>
          </w:tcPr>
          <w:p w14:paraId="273AD4BD" w14:textId="77777777" w:rsidR="00D92CE5" w:rsidRDefault="00000000">
            <w:pPr>
              <w:spacing w:after="0"/>
            </w:pPr>
            <w:r>
              <w:rPr>
                <w:sz w:val="18"/>
              </w:rPr>
              <w:t>[GODZINA / HARMONOGRAM]</w:t>
            </w:r>
          </w:p>
        </w:tc>
      </w:tr>
      <w:tr w:rsidR="00D92CE5" w14:paraId="72771EB5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7D5A0FC8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Przewidywana maks. liczba uczestników</w:t>
            </w:r>
          </w:p>
        </w:tc>
        <w:tc>
          <w:tcPr>
            <w:tcW w:w="4958" w:type="dxa"/>
            <w:shd w:val="clear" w:color="auto" w:fill="FFF2CC"/>
          </w:tcPr>
          <w:p w14:paraId="031C5F0D" w14:textId="77777777" w:rsidR="00D92CE5" w:rsidRDefault="00000000">
            <w:pPr>
              <w:spacing w:after="0"/>
            </w:pPr>
            <w:r>
              <w:rPr>
                <w:sz w:val="18"/>
              </w:rPr>
              <w:t>[LICZBA]</w:t>
            </w:r>
          </w:p>
        </w:tc>
      </w:tr>
      <w:tr w:rsidR="00D92CE5" w14:paraId="39735D61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5EE1ED4E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Liczba miejsc dla uczestników</w:t>
            </w:r>
          </w:p>
        </w:tc>
        <w:tc>
          <w:tcPr>
            <w:tcW w:w="4958" w:type="dxa"/>
            <w:shd w:val="clear" w:color="auto" w:fill="FFF2CC"/>
          </w:tcPr>
          <w:p w14:paraId="1C59BB4E" w14:textId="77777777" w:rsidR="00D92CE5" w:rsidRDefault="00000000">
            <w:pPr>
              <w:spacing w:after="0"/>
            </w:pPr>
            <w:r>
              <w:rPr>
                <w:sz w:val="18"/>
              </w:rPr>
              <w:t>[LICZBA / OPIS]</w:t>
            </w:r>
          </w:p>
        </w:tc>
      </w:tr>
      <w:tr w:rsidR="00D92CE5" w14:paraId="60988640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19D21501" w14:textId="77777777" w:rsidR="00D92CE5" w:rsidRDefault="00000000">
            <w:pPr>
              <w:spacing w:after="0"/>
            </w:pPr>
            <w:r>
              <w:rPr>
                <w:b/>
                <w:sz w:val="18"/>
              </w:rPr>
              <w:t>Impreza podwyższonego ryzyka</w:t>
            </w:r>
          </w:p>
        </w:tc>
        <w:tc>
          <w:tcPr>
            <w:tcW w:w="4958" w:type="dxa"/>
            <w:shd w:val="clear" w:color="auto" w:fill="FFF2CC"/>
          </w:tcPr>
          <w:p w14:paraId="2B7C74C5" w14:textId="77777777" w:rsidR="00D92CE5" w:rsidRDefault="00000000">
            <w:pPr>
              <w:spacing w:after="0"/>
            </w:pPr>
            <w:r>
              <w:rPr>
                <w:sz w:val="18"/>
              </w:rPr>
              <w:t>[TAK / NIE – ZGODNIE Z WŁAŚCIWĄ KWALIFIKACJĄ]</w:t>
            </w:r>
          </w:p>
        </w:tc>
      </w:tr>
    </w:tbl>
    <w:p w14:paraId="5663398A" w14:textId="77777777" w:rsidR="00D92CE5" w:rsidRDefault="00000000">
      <w:pPr>
        <w:pStyle w:val="Nagwek1"/>
      </w:pPr>
      <w:r>
        <w:t>2. Organizacja bezpieczeństwa</w:t>
      </w:r>
    </w:p>
    <w:p w14:paraId="37A33960" w14:textId="77777777" w:rsidR="00D92CE5" w:rsidRDefault="00000000">
      <w:r>
        <w:t xml:space="preserve">Kierownik do spraw bezpieczeństwa: </w:t>
      </w:r>
      <w:r>
        <w:rPr>
          <w:b/>
          <w:shd w:val="clear" w:color="auto" w:fill="FFF2CC"/>
        </w:rPr>
        <w:t>[IMIĘ I NAZWISKO ORAZ DANE WYMAGANE USTAWĄ]</w:t>
      </w:r>
    </w:p>
    <w:p w14:paraId="0BDCF457" w14:textId="77777777" w:rsidR="00D92CE5" w:rsidRDefault="00000000">
      <w:r>
        <w:t xml:space="preserve">Przewidywane zagrożenia związane z imprezą i obiektem/terenem: </w:t>
      </w:r>
      <w:r>
        <w:rPr>
          <w:b/>
          <w:shd w:val="clear" w:color="auto" w:fill="FFF2CC"/>
        </w:rPr>
        <w:t>[KRÓTKI OPIS]</w:t>
      </w:r>
    </w:p>
    <w:p w14:paraId="369666A0" w14:textId="77777777" w:rsidR="00D92CE5" w:rsidRDefault="00000000">
      <w:r>
        <w:t xml:space="preserve">Służba porządkowa – liczba, organizacja, oznakowanie, wyposażenie i rozmieszczenie: </w:t>
      </w:r>
      <w:r>
        <w:rPr>
          <w:b/>
          <w:shd w:val="clear" w:color="auto" w:fill="FFF2CC"/>
        </w:rPr>
        <w:t>[OPIS / ODESŁANIE DO ZAŁĄCZNIKA]</w:t>
      </w:r>
    </w:p>
    <w:p w14:paraId="42EBEABB" w14:textId="77777777" w:rsidR="00D92CE5" w:rsidRDefault="00000000">
      <w:r>
        <w:t xml:space="preserve">Służba informacyjna – liczba, organizacja, oznakowanie, wyposażenie i rozmieszczenie: </w:t>
      </w:r>
      <w:r>
        <w:rPr>
          <w:b/>
          <w:shd w:val="clear" w:color="auto" w:fill="FFF2CC"/>
        </w:rPr>
        <w:t>[OPIS / ODESŁANIE DO ZAŁĄCZNIKA]</w:t>
      </w:r>
    </w:p>
    <w:p w14:paraId="6F98E345" w14:textId="77777777" w:rsidR="00D92CE5" w:rsidRDefault="00000000">
      <w:r>
        <w:t xml:space="preserve">Warunki łączności pomiędzy podmiotami zabezpieczającymi imprezę: </w:t>
      </w:r>
      <w:r>
        <w:rPr>
          <w:b/>
          <w:shd w:val="clear" w:color="auto" w:fill="FFF2CC"/>
        </w:rPr>
        <w:t>[OPIS / ODESŁANIE DO ZAŁĄCZNIKA]</w:t>
      </w:r>
    </w:p>
    <w:p w14:paraId="5753B804" w14:textId="77777777" w:rsidR="00D92CE5" w:rsidRDefault="00000000">
      <w:pPr>
        <w:pStyle w:val="Nagwek1"/>
      </w:pPr>
      <w:r>
        <w:t>3. Informacje istotne z punktu widzenia ochrony przeciwpożarowej</w:t>
      </w:r>
    </w:p>
    <w:p w14:paraId="41C7454C" w14:textId="77777777" w:rsidR="00D92CE5" w:rsidRDefault="00000000">
      <w:r>
        <w:t xml:space="preserve">Drogi ewakuacyjne i kierunki ewakuacji: </w:t>
      </w:r>
      <w:r>
        <w:rPr>
          <w:b/>
          <w:shd w:val="clear" w:color="auto" w:fill="FFF2CC"/>
        </w:rPr>
        <w:t>[OPIS / ZGODNIE Z PLANEM]</w:t>
      </w:r>
    </w:p>
    <w:p w14:paraId="14BA5844" w14:textId="77777777" w:rsidR="00D92CE5" w:rsidRDefault="00000000">
      <w:r>
        <w:t xml:space="preserve">Drogi dojazdowe dla pojazdów służb ratowniczych: </w:t>
      </w:r>
      <w:r>
        <w:rPr>
          <w:b/>
          <w:shd w:val="clear" w:color="auto" w:fill="FFF2CC"/>
        </w:rPr>
        <w:t>[OPIS / ZGODNIE Z PLANEM]</w:t>
      </w:r>
    </w:p>
    <w:p w14:paraId="4BD8F282" w14:textId="77777777" w:rsidR="00D92CE5" w:rsidRDefault="00000000">
      <w:r>
        <w:t xml:space="preserve">Punkty czerpalne wody i hydranty przeciwpożarowe: </w:t>
      </w:r>
      <w:r>
        <w:rPr>
          <w:b/>
          <w:shd w:val="clear" w:color="auto" w:fill="FFF2CC"/>
        </w:rPr>
        <w:t>[LOKALIZACJA / ZGODNIE Z PLANEM]</w:t>
      </w:r>
    </w:p>
    <w:p w14:paraId="5CDC3BD8" w14:textId="77777777" w:rsidR="00D92CE5" w:rsidRDefault="00000000">
      <w:r>
        <w:t xml:space="preserve">Przyłącza / zawory wody, gazu i energii elektrycznej: </w:t>
      </w:r>
      <w:r>
        <w:rPr>
          <w:b/>
          <w:shd w:val="clear" w:color="auto" w:fill="FFF2CC"/>
        </w:rPr>
        <w:t>[LOKALIZACJA / ZGODNIE Z PLANEM]</w:t>
      </w:r>
    </w:p>
    <w:p w14:paraId="07F0A66A" w14:textId="77777777" w:rsidR="00D92CE5" w:rsidRDefault="00000000">
      <w:r>
        <w:lastRenderedPageBreak/>
        <w:t xml:space="preserve">Podręczny sprzęt gaśniczy i inne zabezpieczenia: </w:t>
      </w:r>
      <w:r>
        <w:rPr>
          <w:b/>
          <w:shd w:val="clear" w:color="auto" w:fill="FFF2CC"/>
        </w:rPr>
        <w:t>[OPIS]</w:t>
      </w:r>
    </w:p>
    <w:p w14:paraId="362CD4ED" w14:textId="77777777" w:rsidR="00D92CE5" w:rsidRDefault="00000000">
      <w:r>
        <w:t xml:space="preserve">Obiekty tymczasowe, scena, namioty, stoiska itp.: </w:t>
      </w:r>
      <w:r>
        <w:rPr>
          <w:b/>
          <w:shd w:val="clear" w:color="auto" w:fill="FFF2CC"/>
        </w:rPr>
        <w:t>[OPIS / NIE DOTYCZY]</w:t>
      </w:r>
    </w:p>
    <w:p w14:paraId="70F14636" w14:textId="77777777" w:rsidR="00D92CE5" w:rsidRDefault="00000000">
      <w:pPr>
        <w:pStyle w:val="Instrukcja"/>
        <w:spacing w:after="40"/>
      </w:pPr>
      <w:r>
        <w:t>Przy scenach, namiotach i innych obiektach tymczasowych należy uwzględnić wymagania ochrony przeciwpożarowej, w tym ich usytuowanie oraz właściwości materiałów zastosowanych do ich wykonania – odpowiednio do konkretnego rozwiązania.</w:t>
      </w:r>
    </w:p>
    <w:p w14:paraId="731F75B5" w14:textId="77777777" w:rsidR="00D92CE5" w:rsidRDefault="00000000">
      <w:pPr>
        <w:pStyle w:val="Nagwek1"/>
      </w:pPr>
      <w:r>
        <w:t>4. Załączniki do wniosku</w:t>
      </w:r>
    </w:p>
    <w:p w14:paraId="18F396C5" w14:textId="77777777" w:rsidR="00D92CE5" w:rsidRDefault="00000000">
      <w:r>
        <w:t>Do wniosku załączam, odpowiednio do charakteru imprezy:</w:t>
      </w:r>
    </w:p>
    <w:p w14:paraId="53EBBA57" w14:textId="77777777" w:rsidR="00D92CE5" w:rsidRDefault="00000000">
      <w:r>
        <w:t>☐ dokumentację i informacje wymagane na podstawie art. 26 ust. 1 ustawy;</w:t>
      </w:r>
    </w:p>
    <w:p w14:paraId="15586CFB" w14:textId="77777777" w:rsidR="00D92CE5" w:rsidRDefault="00000000">
      <w:r>
        <w:t>☐ graficzny plan obiektu (terenu) wraz z opisem, obejmujący m.in. drogi dojścia i rozchodzenia się uczestników, drogi ewakuacyjne i dojazdowe służb, punkty pomocy medycznej, punkty czerpalne wody, hydranty, przyłącza oraz rozmieszczenie uczestników i służb;</w:t>
      </w:r>
    </w:p>
    <w:p w14:paraId="7C5996B2" w14:textId="77777777" w:rsidR="00D92CE5" w:rsidRDefault="00000000">
      <w:r>
        <w:t>☐ instrukcję postępowania w przypadku powstania pożaru lub innego miejscowego zagrożenia w miejscu i czasie trwania imprezy masowej;</w:t>
      </w:r>
    </w:p>
    <w:p w14:paraId="13F72FBD" w14:textId="77777777" w:rsidR="00D92CE5" w:rsidRDefault="00000000">
      <w:r>
        <w:t>☐ program i regulamin imprezy masowej wraz z informacją o sposobie ich udostępnienia uczestnikom;</w:t>
      </w:r>
    </w:p>
    <w:p w14:paraId="0CEF2FEB" w14:textId="77777777" w:rsidR="00D92CE5" w:rsidRDefault="00000000">
      <w:r>
        <w:t>☐ regulamin obiektu (terenu) wraz z informacją o sposobie jego udostępnienia uczestnikom;</w:t>
      </w:r>
    </w:p>
    <w:p w14:paraId="4F0DFE12" w14:textId="77777777" w:rsidR="00D92CE5" w:rsidRDefault="00000000">
      <w:r>
        <w:t>☐ pisemną instrukcję określającą zadania służby porządkowej i służby informacyjnej;</w:t>
      </w:r>
    </w:p>
    <w:p w14:paraId="66D8DF1D" w14:textId="77777777" w:rsidR="00D92CE5" w:rsidRDefault="00000000">
      <w:r>
        <w:t>☐ warunki łączności pomiędzy podmiotami biorącymi udział w zabezpieczeniu imprezy;</w:t>
      </w:r>
    </w:p>
    <w:p w14:paraId="28F44EED" w14:textId="77777777" w:rsidR="00D92CE5" w:rsidRDefault="00000000">
      <w:r>
        <w:t>☐ terminarz imprez / rozgrywek – jeżeli dotyczy imprez organizowanych cyklicznie;</w:t>
      </w:r>
    </w:p>
    <w:p w14:paraId="3F84A972" w14:textId="77777777" w:rsidR="00D92CE5" w:rsidRDefault="00000000">
      <w:r>
        <w:t>☐ informacje dotyczące liczby miejsc, przewidywanych zagrożeń, służb porządkowych i informacyjnych oraz kierownika ds. bezpieczeństwa;</w:t>
      </w:r>
    </w:p>
    <w:p w14:paraId="5F6561F7" w14:textId="77777777" w:rsidR="00D92CE5" w:rsidRDefault="00000000">
      <w:r>
        <w:t>☐ dokumentację dotyczącą urządzeń rejestrujących obraz i dźwięk oraz identyfikacji uczestników – jeżeli wymagana;</w:t>
      </w:r>
    </w:p>
    <w:p w14:paraId="4F6C1B9E" w14:textId="77777777" w:rsidR="00D92CE5" w:rsidRDefault="00000000">
      <w:r>
        <w:t>☐ dokumentację dotyczącą tymczasowych obiektów budowlanych / sceny / namiotów – jeżeli dotyczy;</w:t>
      </w:r>
    </w:p>
    <w:p w14:paraId="016C62E8" w14:textId="77777777" w:rsidR="00D92CE5" w:rsidRDefault="00000000">
      <w:r>
        <w:t>☐ pełnomocnictwo – jeżeli wniosek składa pełnomocnik.</w:t>
      </w:r>
    </w:p>
    <w:p w14:paraId="361AFDFA" w14:textId="77777777" w:rsidR="00D92CE5" w:rsidRDefault="00000000">
      <w:r>
        <w:t xml:space="preserve">☐ inne dokumenty wymagane przez właściwą komendę PSP: </w:t>
      </w:r>
      <w:r>
        <w:rPr>
          <w:b/>
          <w:shd w:val="clear" w:color="auto" w:fill="FFF2CC"/>
        </w:rPr>
        <w:t>[WSKAŻ]</w:t>
      </w:r>
    </w:p>
    <w:p w14:paraId="448E334B" w14:textId="77777777" w:rsidR="00D92CE5" w:rsidRDefault="00000000">
      <w:pPr>
        <w:pStyle w:val="Nagwek1"/>
      </w:pPr>
      <w:r>
        <w:t>5. Kontakt i oświadczenie</w:t>
      </w:r>
    </w:p>
    <w:p w14:paraId="1E529087" w14:textId="77777777" w:rsidR="00D92CE5" w:rsidRDefault="00000000">
      <w:r>
        <w:t xml:space="preserve">Osoba do kontaktu w sprawie organizacji imprezy i oględzin / czynności kontrolno-rozpoznawczych: </w:t>
      </w:r>
      <w:r>
        <w:rPr>
          <w:b/>
          <w:shd w:val="clear" w:color="auto" w:fill="FFF2CC"/>
        </w:rPr>
        <w:t>[IMIĘ I NAZWISKO, FUNKCJA, TELEFON, E-MAIL]</w:t>
      </w:r>
    </w:p>
    <w:p w14:paraId="607F3B12" w14:textId="77777777" w:rsidR="00D92CE5" w:rsidRDefault="00000000">
      <w:r>
        <w:t>Oświadczam, że przedstawione informacje odpowiadają planowanemu sposobowi organizacji imprezy oraz że organizator udostępni obiekt/teren i dokumentację niezbędną do przeprowadzenia czynności poprzedzających wydanie opinii.</w:t>
      </w:r>
    </w:p>
    <w:p w14:paraId="0C0A0BF1" w14:textId="77777777" w:rsidR="00D92CE5" w:rsidRDefault="00000000">
      <w:pPr>
        <w:jc w:val="right"/>
      </w:pPr>
      <w:r>
        <w:rPr>
          <w:b/>
          <w:shd w:val="clear" w:color="auto" w:fill="FFF2CC"/>
        </w:rPr>
        <w:t>[IMIĘ I NAZWISKO OSOBY UPRAWNIONEJ]</w:t>
      </w:r>
      <w:r>
        <w:rPr>
          <w:b/>
          <w:shd w:val="clear" w:color="auto" w:fill="FFF2CC"/>
        </w:rPr>
        <w:br/>
        <w:t>[FUNKCJA]</w:t>
      </w:r>
      <w:r>
        <w:rPr>
          <w:b/>
          <w:shd w:val="clear" w:color="auto" w:fill="FFF2CC"/>
        </w:rPr>
        <w:br/>
      </w:r>
      <w:r>
        <w:rPr>
          <w:b/>
          <w:shd w:val="clear" w:color="auto" w:fill="FFF2CC"/>
        </w:rPr>
        <w:br/>
        <w:t>____________________________</w:t>
      </w:r>
      <w:r>
        <w:rPr>
          <w:b/>
          <w:shd w:val="clear" w:color="auto" w:fill="FFF2CC"/>
        </w:rPr>
        <w:br/>
        <w:t>podpis</w:t>
      </w:r>
    </w:p>
    <w:sectPr w:rsidR="00D92CE5" w:rsidSect="004B4325">
      <w:headerReference w:type="default" r:id="rId8"/>
      <w:footerReference w:type="default" r:id="rId9"/>
      <w:pgSz w:w="12240" w:h="15840"/>
      <w:pgMar w:top="879" w:right="1162" w:bottom="879" w:left="1162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C512" w14:textId="77777777" w:rsidR="00533CE4" w:rsidRDefault="00533CE4">
      <w:pPr>
        <w:spacing w:after="0" w:line="240" w:lineRule="auto"/>
      </w:pPr>
      <w:r>
        <w:separator/>
      </w:r>
    </w:p>
  </w:endnote>
  <w:endnote w:type="continuationSeparator" w:id="0">
    <w:p w14:paraId="05553AE1" w14:textId="77777777" w:rsidR="00533CE4" w:rsidRDefault="00533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2EA3" w14:textId="77777777" w:rsidR="00D92CE5" w:rsidRDefault="00000000">
    <w:pPr>
      <w:pStyle w:val="Stopka"/>
      <w:jc w:val="center"/>
    </w:pPr>
    <w:proofErr w:type="spellStart"/>
    <w:r>
      <w:rPr>
        <w:color w:val="6E6E6E"/>
        <w:sz w:val="16"/>
      </w:rPr>
      <w:t>Wniosek</w:t>
    </w:r>
    <w:proofErr w:type="spellEnd"/>
    <w:r>
      <w:rPr>
        <w:color w:val="6E6E6E"/>
        <w:sz w:val="16"/>
      </w:rPr>
      <w:t xml:space="preserve"> do PSP o </w:t>
    </w:r>
    <w:proofErr w:type="spellStart"/>
    <w:r>
      <w:rPr>
        <w:color w:val="6E6E6E"/>
        <w:sz w:val="16"/>
      </w:rPr>
      <w:t>wydanie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opinii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dotyczącej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imprezy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masowej</w:t>
    </w:r>
    <w:proofErr w:type="spellEnd"/>
    <w:r>
      <w:rPr>
        <w:color w:val="6E6E6E"/>
        <w:sz w:val="16"/>
      </w:rPr>
      <w:t xml:space="preserve"> | </w:t>
    </w:r>
    <w:proofErr w:type="spellStart"/>
    <w:r>
      <w:rPr>
        <w:color w:val="6E6E6E"/>
        <w:sz w:val="16"/>
      </w:rPr>
      <w:t>wzór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dla</w:t>
    </w:r>
    <w:proofErr w:type="spellEnd"/>
    <w:r>
      <w:rPr>
        <w:color w:val="6E6E6E"/>
        <w:sz w:val="16"/>
      </w:rPr>
      <w:t xml:space="preserve"> NGO | </w:t>
    </w:r>
    <w:proofErr w:type="spellStart"/>
    <w:r>
      <w:rPr>
        <w:color w:val="6E6E6E"/>
        <w:sz w:val="16"/>
      </w:rPr>
      <w:t>pola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żółte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wymagają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dostosowania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02920" w14:textId="77777777" w:rsidR="00533CE4" w:rsidRDefault="00533CE4">
      <w:pPr>
        <w:spacing w:after="0" w:line="240" w:lineRule="auto"/>
      </w:pPr>
      <w:r>
        <w:separator/>
      </w:r>
    </w:p>
  </w:footnote>
  <w:footnote w:type="continuationSeparator" w:id="0">
    <w:p w14:paraId="6A6F74ED" w14:textId="77777777" w:rsidR="00533CE4" w:rsidRDefault="00533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5221" w14:textId="0EF40F05" w:rsidR="004B4325" w:rsidRDefault="004B4325">
    <w:pPr>
      <w:pStyle w:val="Nagwek"/>
    </w:pPr>
    <w:r>
      <w:rPr>
        <w:noProof/>
      </w:rPr>
      <w:drawing>
        <wp:inline distT="0" distB="0" distL="0" distR="0" wp14:anchorId="5ABC7AD7" wp14:editId="5E3E168D">
          <wp:extent cx="6188075" cy="506095"/>
          <wp:effectExtent l="0" t="0" r="3175" b="8255"/>
          <wp:docPr id="3161808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7930042">
    <w:abstractNumId w:val="8"/>
  </w:num>
  <w:num w:numId="2" w16cid:durableId="293602802">
    <w:abstractNumId w:val="6"/>
  </w:num>
  <w:num w:numId="3" w16cid:durableId="1384595599">
    <w:abstractNumId w:val="5"/>
  </w:num>
  <w:num w:numId="4" w16cid:durableId="600528256">
    <w:abstractNumId w:val="4"/>
  </w:num>
  <w:num w:numId="5" w16cid:durableId="895815557">
    <w:abstractNumId w:val="7"/>
  </w:num>
  <w:num w:numId="6" w16cid:durableId="2145388439">
    <w:abstractNumId w:val="3"/>
  </w:num>
  <w:num w:numId="7" w16cid:durableId="837309092">
    <w:abstractNumId w:val="2"/>
  </w:num>
  <w:num w:numId="8" w16cid:durableId="1940987178">
    <w:abstractNumId w:val="1"/>
  </w:num>
  <w:num w:numId="9" w16cid:durableId="49789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4325"/>
    <w:rsid w:val="00501F83"/>
    <w:rsid w:val="00533CE4"/>
    <w:rsid w:val="00AA1D8D"/>
    <w:rsid w:val="00B47730"/>
    <w:rsid w:val="00CB0664"/>
    <w:rsid w:val="00D92C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C01F51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2026-09-07T10:28:00Z</dcterms:modified>
  <cp:category/>
</cp:coreProperties>
</file>