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9B40A1" w14:textId="77777777" w:rsidR="004A3415" w:rsidRDefault="00000000">
      <w:pPr>
        <w:pStyle w:val="Tytu"/>
        <w:jc w:val="center"/>
      </w:pPr>
      <w:r>
        <w:t>OFERTA WSPÓŁPRACY DLA GMINY</w:t>
      </w:r>
    </w:p>
    <w:p w14:paraId="720B3933" w14:textId="77777777" w:rsidR="004A3415" w:rsidRDefault="00000000">
      <w:pPr>
        <w:jc w:val="center"/>
      </w:pPr>
      <w:r>
        <w:rPr>
          <w:b/>
        </w:rPr>
        <w:t>wzór dla organizacji pozarządowej</w:t>
      </w:r>
    </w:p>
    <w:p w14:paraId="339E5C21" w14:textId="77777777" w:rsidR="004A3415" w:rsidRDefault="00000000">
      <w:pPr>
        <w:pStyle w:val="Instrukcja"/>
      </w:pPr>
      <w:r>
        <w:t>INSTRUKCJA: ten dokument jest uniwersalnym wzorem propozycji współpracy NGO z gminą, np. przy organizacji wydarzenia, działaniu społecznym, edukacyjnym, kulturalnym lub promocyjnym. NIE zastępuje urzędowego wzoru oferty realizacji zadania publicznego składanej w otwartym konkursie ofert ani uproszczonej oferty w trybie art. 19a ustawy o działalności pożytku publicznego i o wolontariacie. Jeżeli gmina prowadzi formalny nabór lub konkurs, należy użyć formularza wskazanego w ogłoszeniu. Uzupełnij pola żółte i usuń szare instrukcje.</w:t>
      </w:r>
    </w:p>
    <w:p w14:paraId="5D41288A" w14:textId="77777777" w:rsidR="004A3415" w:rsidRDefault="00000000">
      <w:pPr>
        <w:jc w:val="right"/>
      </w:pPr>
      <w:r>
        <w:rPr>
          <w:b/>
          <w:shd w:val="clear" w:color="auto" w:fill="FFF2CC"/>
        </w:rPr>
        <w:t>[MIEJSCOWOŚĆ, DATA]</w:t>
      </w:r>
    </w:p>
    <w:p w14:paraId="27BD2C12" w14:textId="77777777" w:rsidR="004A3415" w:rsidRDefault="00000000">
      <w:r>
        <w:rPr>
          <w:b/>
          <w:shd w:val="clear" w:color="auto" w:fill="FFF2CC"/>
        </w:rPr>
        <w:t>[PEŁNA NAZWA ORGANIZACJI]</w:t>
      </w:r>
      <w:r>
        <w:br/>
      </w:r>
      <w:r>
        <w:rPr>
          <w:b/>
          <w:shd w:val="clear" w:color="auto" w:fill="FFF2CC"/>
        </w:rPr>
        <w:t>[ADRES]</w:t>
      </w:r>
      <w:r>
        <w:br/>
        <w:t xml:space="preserve">KRS / inny rejestr: </w:t>
      </w:r>
      <w:r>
        <w:rPr>
          <w:b/>
          <w:shd w:val="clear" w:color="auto" w:fill="FFF2CC"/>
        </w:rPr>
        <w:t>[NUMER]</w:t>
      </w:r>
      <w:r>
        <w:br/>
        <w:t xml:space="preserve">E-mail: </w:t>
      </w:r>
      <w:r>
        <w:rPr>
          <w:b/>
          <w:shd w:val="clear" w:color="auto" w:fill="FFF2CC"/>
        </w:rPr>
        <w:t>[E-MAIL]</w:t>
      </w:r>
      <w:r>
        <w:t xml:space="preserve">   tel.: </w:t>
      </w:r>
      <w:r>
        <w:rPr>
          <w:b/>
          <w:shd w:val="clear" w:color="auto" w:fill="FFF2CC"/>
        </w:rPr>
        <w:t>[TELEFON]</w:t>
      </w:r>
    </w:p>
    <w:p w14:paraId="1F5084A2" w14:textId="77777777" w:rsidR="004A3415" w:rsidRDefault="00000000">
      <w:pPr>
        <w:jc w:val="right"/>
      </w:pPr>
      <w:r>
        <w:rPr>
          <w:b/>
        </w:rPr>
        <w:t>Do:</w:t>
      </w:r>
      <w:r>
        <w:rPr>
          <w:b/>
        </w:rPr>
        <w:br/>
      </w:r>
      <w:r>
        <w:rPr>
          <w:b/>
          <w:shd w:val="clear" w:color="auto" w:fill="FFF2CC"/>
        </w:rPr>
        <w:t>[WÓJT / BURMISTRZ / PREZYDENT MIASTA]</w:t>
      </w:r>
      <w:r>
        <w:rPr>
          <w:b/>
          <w:shd w:val="clear" w:color="auto" w:fill="FFF2CC"/>
        </w:rPr>
        <w:br/>
        <w:t>[GMINA / MIASTO]</w:t>
      </w:r>
      <w:r>
        <w:rPr>
          <w:b/>
          <w:shd w:val="clear" w:color="auto" w:fill="FFF2CC"/>
        </w:rPr>
        <w:br/>
        <w:t>[ADRES]</w:t>
      </w:r>
    </w:p>
    <w:p w14:paraId="6EFD0960" w14:textId="77777777" w:rsidR="004A3415" w:rsidRDefault="00000000">
      <w:pPr>
        <w:jc w:val="center"/>
      </w:pPr>
      <w:r>
        <w:rPr>
          <w:b/>
        </w:rPr>
        <w:t>OFERTA / PROPOZYCJA WSPÓŁPRACY</w:t>
      </w:r>
    </w:p>
    <w:p w14:paraId="7C5D8F7F" w14:textId="77777777" w:rsidR="004A3415" w:rsidRDefault="00000000">
      <w:pPr>
        <w:jc w:val="center"/>
      </w:pPr>
      <w:r>
        <w:rPr>
          <w:b/>
          <w:shd w:val="clear" w:color="auto" w:fill="FFF2CC"/>
        </w:rPr>
        <w:t>[NAZWA INICJATYWY / WYDARZENIA / DZIAŁANIA]</w:t>
      </w:r>
    </w:p>
    <w:p w14:paraId="2C57036F" w14:textId="77777777" w:rsidR="004A3415" w:rsidRDefault="00000000">
      <w:pPr>
        <w:pStyle w:val="Nagwek1"/>
      </w:pPr>
      <w:r>
        <w:t>1. O organizacji</w:t>
      </w:r>
    </w:p>
    <w:p w14:paraId="212B7C63" w14:textId="77777777" w:rsidR="004A3415" w:rsidRDefault="00000000">
      <w:r>
        <w:t xml:space="preserve">Organizacja </w:t>
      </w:r>
      <w:r>
        <w:rPr>
          <w:b/>
          <w:shd w:val="clear" w:color="auto" w:fill="FFF2CC"/>
        </w:rPr>
        <w:t>[NAZWA ORGANIZACJI]</w:t>
      </w:r>
      <w:r>
        <w:t xml:space="preserve"> działa w obszarze </w:t>
      </w:r>
      <w:r>
        <w:rPr>
          <w:b/>
          <w:shd w:val="clear" w:color="auto" w:fill="FFF2CC"/>
        </w:rPr>
        <w:t>[GŁÓWNE OBSZARY DZIAŁALNOŚCI]</w:t>
      </w:r>
      <w:r>
        <w:t xml:space="preserve">. Naszym celem jest </w:t>
      </w:r>
      <w:r>
        <w:rPr>
          <w:b/>
          <w:shd w:val="clear" w:color="auto" w:fill="FFF2CC"/>
        </w:rPr>
        <w:t>[KRÓTKO: MISJA / CEL DZIAŁALNOŚCI]</w:t>
      </w:r>
      <w:r>
        <w:t>.</w:t>
      </w:r>
    </w:p>
    <w:p w14:paraId="1C4FAB3F" w14:textId="77777777" w:rsidR="004A3415" w:rsidRDefault="00000000">
      <w:r>
        <w:t xml:space="preserve">Doświadczenie istotne dla proponowanej współpracy: </w:t>
      </w:r>
      <w:r>
        <w:rPr>
          <w:b/>
          <w:shd w:val="clear" w:color="auto" w:fill="FFF2CC"/>
        </w:rPr>
        <w:t>[2–4 ZDANIA O PODOBNYCH DZIAŁANIACH, PROJEKTACH, PARTNERACH LUB ODBIORCACH]</w:t>
      </w:r>
      <w:r>
        <w:t>.</w:t>
      </w:r>
    </w:p>
    <w:p w14:paraId="37695C17" w14:textId="77777777" w:rsidR="004A3415" w:rsidRDefault="00000000">
      <w:pPr>
        <w:pStyle w:val="Nagwek1"/>
      </w:pPr>
      <w:r>
        <w:t>2. Przedmiot proponowanej współpracy</w:t>
      </w:r>
    </w:p>
    <w:p w14:paraId="5FFEADC7" w14:textId="77777777" w:rsidR="004A3415" w:rsidRDefault="00000000">
      <w:r>
        <w:t xml:space="preserve">Proponujemy Gminie współpracę przy realizacji </w:t>
      </w:r>
      <w:r>
        <w:rPr>
          <w:b/>
          <w:shd w:val="clear" w:color="auto" w:fill="FFF2CC"/>
        </w:rPr>
        <w:t>[NAZWA / RODZAJ DZIAŁANIA]</w:t>
      </w:r>
      <w:r>
        <w:t xml:space="preserve">, planowanego w terminie </w:t>
      </w:r>
      <w:r>
        <w:rPr>
          <w:b/>
          <w:shd w:val="clear" w:color="auto" w:fill="FFF2CC"/>
        </w:rPr>
        <w:t>[TERMIN]</w:t>
      </w:r>
      <w:r>
        <w:t xml:space="preserve"> na terenie </w:t>
      </w:r>
      <w:r>
        <w:rPr>
          <w:b/>
          <w:shd w:val="clear" w:color="auto" w:fill="FFF2CC"/>
        </w:rPr>
        <w:t>[MIEJSCE / OBSZAR GMINY]</w:t>
      </w:r>
      <w:r>
        <w:t>.</w:t>
      </w:r>
    </w:p>
    <w:p w14:paraId="485D99D0" w14:textId="77777777" w:rsidR="004A3415" w:rsidRDefault="00000000">
      <w:r>
        <w:t xml:space="preserve">Głównym celem przedsięwzięcia jest </w:t>
      </w:r>
      <w:r>
        <w:rPr>
          <w:b/>
          <w:shd w:val="clear" w:color="auto" w:fill="FFF2CC"/>
        </w:rPr>
        <w:t>[CEL]</w:t>
      </w:r>
      <w:r>
        <w:t>.</w:t>
      </w:r>
    </w:p>
    <w:p w14:paraId="49E29754" w14:textId="77777777" w:rsidR="004A3415" w:rsidRDefault="00000000">
      <w:r>
        <w:t xml:space="preserve">Planowana grupa odbiorców: </w:t>
      </w:r>
      <w:r>
        <w:rPr>
          <w:b/>
          <w:shd w:val="clear" w:color="auto" w:fill="FFF2CC"/>
        </w:rPr>
        <w:t>[KTO I ORIENTACYJNA LICZBA OSÓB]</w:t>
      </w:r>
      <w:r>
        <w:t>.</w:t>
      </w:r>
    </w:p>
    <w:p w14:paraId="14D45865" w14:textId="77777777" w:rsidR="004A3415" w:rsidRDefault="00000000">
      <w:r>
        <w:t xml:space="preserve">Zakres działania obejmie w szczególności: </w:t>
      </w:r>
      <w:r>
        <w:rPr>
          <w:b/>
          <w:shd w:val="clear" w:color="auto" w:fill="FFF2CC"/>
        </w:rPr>
        <w:t>[KRÓTKI OPIS 3–5 NAJWAŻNIEJSZYCH ELEMENTÓW]</w:t>
      </w:r>
      <w:r>
        <w:t>.</w:t>
      </w:r>
    </w:p>
    <w:p w14:paraId="314FDD3B" w14:textId="77777777" w:rsidR="004A3415" w:rsidRDefault="00000000">
      <w:pPr>
        <w:pStyle w:val="Nagwek1"/>
      </w:pPr>
      <w:r>
        <w:t>3. Znaczenie przedsięwzięcia dla gminy i mieszkańców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58"/>
        <w:gridCol w:w="4958"/>
      </w:tblGrid>
      <w:tr w:rsidR="004A3415" w14:paraId="2E29D333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5FE6DF4C" w14:textId="77777777" w:rsidR="004A3415" w:rsidRDefault="00000000">
            <w:pPr>
              <w:spacing w:after="0"/>
            </w:pPr>
            <w:r>
              <w:rPr>
                <w:b/>
                <w:sz w:val="17"/>
              </w:rPr>
              <w:t>Potrzeba / problem, na który odpowiada działanie</w:t>
            </w:r>
          </w:p>
        </w:tc>
        <w:tc>
          <w:tcPr>
            <w:tcW w:w="4958" w:type="dxa"/>
            <w:shd w:val="clear" w:color="auto" w:fill="FFF2CC"/>
          </w:tcPr>
          <w:p w14:paraId="37114FA9" w14:textId="77777777" w:rsidR="004A3415" w:rsidRDefault="00000000">
            <w:pPr>
              <w:spacing w:after="0"/>
            </w:pPr>
            <w:r>
              <w:rPr>
                <w:sz w:val="17"/>
              </w:rPr>
              <w:t>[OPIS]</w:t>
            </w:r>
          </w:p>
        </w:tc>
      </w:tr>
      <w:tr w:rsidR="004A3415" w14:paraId="57C2F97D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159805F9" w14:textId="77777777" w:rsidR="004A3415" w:rsidRDefault="00000000">
            <w:pPr>
              <w:spacing w:after="0"/>
            </w:pPr>
            <w:r>
              <w:rPr>
                <w:b/>
                <w:sz w:val="17"/>
              </w:rPr>
              <w:t>Korzyści dla mieszkańców</w:t>
            </w:r>
          </w:p>
        </w:tc>
        <w:tc>
          <w:tcPr>
            <w:tcW w:w="4958" w:type="dxa"/>
            <w:shd w:val="clear" w:color="auto" w:fill="FFF2CC"/>
          </w:tcPr>
          <w:p w14:paraId="0429EF03" w14:textId="77777777" w:rsidR="004A3415" w:rsidRDefault="00000000">
            <w:pPr>
              <w:spacing w:after="0"/>
            </w:pPr>
            <w:r>
              <w:rPr>
                <w:sz w:val="17"/>
              </w:rPr>
              <w:t>[NP. INTEGRACJA, EDUKACJA, AKTYWIZACJA, DOSTĘP DO USŁUG, KULTURA]</w:t>
            </w:r>
          </w:p>
        </w:tc>
      </w:tr>
      <w:tr w:rsidR="004A3415" w14:paraId="5B2C133A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6DEA2179" w14:textId="77777777" w:rsidR="004A3415" w:rsidRDefault="00000000">
            <w:pPr>
              <w:spacing w:after="0"/>
            </w:pPr>
            <w:r>
              <w:rPr>
                <w:b/>
                <w:sz w:val="17"/>
              </w:rPr>
              <w:t>Korzyści dla gminy</w:t>
            </w:r>
          </w:p>
        </w:tc>
        <w:tc>
          <w:tcPr>
            <w:tcW w:w="4958" w:type="dxa"/>
            <w:shd w:val="clear" w:color="auto" w:fill="FFF2CC"/>
          </w:tcPr>
          <w:p w14:paraId="4A1322D5" w14:textId="77777777" w:rsidR="004A3415" w:rsidRDefault="00000000">
            <w:pPr>
              <w:spacing w:after="0"/>
            </w:pPr>
            <w:r>
              <w:rPr>
                <w:sz w:val="17"/>
              </w:rPr>
              <w:t>[NP. REALIZACJA CELÓW LOKALNYCH, PROMOCJA, WSPÓŁPRACA Z MIESZKAŃCAMI]</w:t>
            </w:r>
          </w:p>
        </w:tc>
      </w:tr>
      <w:tr w:rsidR="004A3415" w14:paraId="61E37740" w14:textId="77777777">
        <w:trPr>
          <w:jc w:val="center"/>
        </w:trPr>
        <w:tc>
          <w:tcPr>
            <w:tcW w:w="4958" w:type="dxa"/>
            <w:shd w:val="clear" w:color="auto" w:fill="D9EAF7"/>
          </w:tcPr>
          <w:p w14:paraId="44EA8DB5" w14:textId="77777777" w:rsidR="004A3415" w:rsidRDefault="00000000">
            <w:pPr>
              <w:spacing w:after="0"/>
            </w:pPr>
            <w:r>
              <w:rPr>
                <w:b/>
                <w:sz w:val="17"/>
              </w:rPr>
              <w:t>Zakładane rezultaty</w:t>
            </w:r>
          </w:p>
        </w:tc>
        <w:tc>
          <w:tcPr>
            <w:tcW w:w="4958" w:type="dxa"/>
            <w:shd w:val="clear" w:color="auto" w:fill="FFF2CC"/>
          </w:tcPr>
          <w:p w14:paraId="754B3955" w14:textId="77777777" w:rsidR="004A3415" w:rsidRDefault="00000000">
            <w:pPr>
              <w:spacing w:after="0"/>
            </w:pPr>
            <w:r>
              <w:rPr>
                <w:sz w:val="17"/>
              </w:rPr>
              <w:t>[NP. LICZBA UCZESTNIKÓW, WYDARZEŃ, MATERIAŁÓW, ODBIORCÓW]</w:t>
            </w:r>
          </w:p>
        </w:tc>
      </w:tr>
    </w:tbl>
    <w:p w14:paraId="6E62B860" w14:textId="77777777" w:rsidR="004A3415" w:rsidRDefault="00000000">
      <w:pPr>
        <w:pStyle w:val="Nagwek1"/>
      </w:pPr>
      <w:r>
        <w:t>4. Proponowany podział zadań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05"/>
        <w:gridCol w:w="3305"/>
        <w:gridCol w:w="3305"/>
      </w:tblGrid>
      <w:tr w:rsidR="004A3415" w14:paraId="4416DAC6" w14:textId="77777777">
        <w:trPr>
          <w:jc w:val="center"/>
        </w:trPr>
        <w:tc>
          <w:tcPr>
            <w:tcW w:w="3305" w:type="dxa"/>
            <w:shd w:val="clear" w:color="auto" w:fill="D9EAF7"/>
          </w:tcPr>
          <w:p w14:paraId="5C482AD1" w14:textId="77777777" w:rsidR="004A3415" w:rsidRDefault="00000000">
            <w:pPr>
              <w:spacing w:after="0"/>
            </w:pPr>
            <w:r>
              <w:rPr>
                <w:b/>
                <w:sz w:val="17"/>
              </w:rPr>
              <w:t>Zakres</w:t>
            </w:r>
          </w:p>
        </w:tc>
        <w:tc>
          <w:tcPr>
            <w:tcW w:w="3305" w:type="dxa"/>
            <w:shd w:val="clear" w:color="auto" w:fill="D9EAF7"/>
          </w:tcPr>
          <w:p w14:paraId="579F7C26" w14:textId="77777777" w:rsidR="004A3415" w:rsidRDefault="00000000">
            <w:pPr>
              <w:spacing w:after="0"/>
            </w:pPr>
            <w:r>
              <w:rPr>
                <w:b/>
                <w:sz w:val="17"/>
              </w:rPr>
              <w:t>Organizacja pozarządowa</w:t>
            </w:r>
          </w:p>
        </w:tc>
        <w:tc>
          <w:tcPr>
            <w:tcW w:w="3305" w:type="dxa"/>
            <w:shd w:val="clear" w:color="auto" w:fill="D9EAF7"/>
          </w:tcPr>
          <w:p w14:paraId="1C6AB10C" w14:textId="77777777" w:rsidR="004A3415" w:rsidRDefault="00000000">
            <w:pPr>
              <w:spacing w:after="0"/>
            </w:pPr>
            <w:r>
              <w:rPr>
                <w:b/>
                <w:sz w:val="17"/>
              </w:rPr>
              <w:t>Gmina</w:t>
            </w:r>
          </w:p>
        </w:tc>
      </w:tr>
      <w:tr w:rsidR="004A3415" w14:paraId="49F81E0B" w14:textId="77777777">
        <w:trPr>
          <w:jc w:val="center"/>
        </w:trPr>
        <w:tc>
          <w:tcPr>
            <w:tcW w:w="3305" w:type="dxa"/>
          </w:tcPr>
          <w:p w14:paraId="3BD3A75C" w14:textId="77777777" w:rsidR="004A3415" w:rsidRDefault="00000000">
            <w:pPr>
              <w:spacing w:after="0"/>
            </w:pPr>
            <w:r>
              <w:rPr>
                <w:sz w:val="17"/>
              </w:rPr>
              <w:t>Organizacja merytoryczna</w:t>
            </w:r>
          </w:p>
        </w:tc>
        <w:tc>
          <w:tcPr>
            <w:tcW w:w="3305" w:type="dxa"/>
            <w:shd w:val="clear" w:color="auto" w:fill="FFF2CC"/>
          </w:tcPr>
          <w:p w14:paraId="41C84E90" w14:textId="77777777" w:rsidR="004A3415" w:rsidRDefault="00000000">
            <w:pPr>
              <w:spacing w:after="0"/>
            </w:pPr>
            <w:r>
              <w:rPr>
                <w:sz w:val="17"/>
              </w:rPr>
              <w:t>[NP. PROGRAM, PROWADZĄCY, UCZESTNICY]</w:t>
            </w:r>
          </w:p>
        </w:tc>
        <w:tc>
          <w:tcPr>
            <w:tcW w:w="3305" w:type="dxa"/>
            <w:shd w:val="clear" w:color="auto" w:fill="FFF2CC"/>
          </w:tcPr>
          <w:p w14:paraId="3C7AB17F" w14:textId="77777777" w:rsidR="004A3415" w:rsidRDefault="00000000">
            <w:pPr>
              <w:spacing w:after="0"/>
            </w:pPr>
            <w:r>
              <w:rPr>
                <w:sz w:val="17"/>
              </w:rPr>
              <w:t>[NP. WSPARCIE ORGANIZACYJNE]</w:t>
            </w:r>
          </w:p>
        </w:tc>
      </w:tr>
      <w:tr w:rsidR="004A3415" w14:paraId="511B1D68" w14:textId="77777777">
        <w:trPr>
          <w:jc w:val="center"/>
        </w:trPr>
        <w:tc>
          <w:tcPr>
            <w:tcW w:w="3305" w:type="dxa"/>
          </w:tcPr>
          <w:p w14:paraId="4EA55BB8" w14:textId="77777777" w:rsidR="004A3415" w:rsidRDefault="00000000">
            <w:pPr>
              <w:spacing w:after="0"/>
            </w:pPr>
            <w:r>
              <w:rPr>
                <w:sz w:val="17"/>
              </w:rPr>
              <w:t>Miejsce / infrastruktura</w:t>
            </w:r>
          </w:p>
        </w:tc>
        <w:tc>
          <w:tcPr>
            <w:tcW w:w="3305" w:type="dxa"/>
            <w:shd w:val="clear" w:color="auto" w:fill="FFF2CC"/>
          </w:tcPr>
          <w:p w14:paraId="38BC85E0" w14:textId="77777777" w:rsidR="004A3415" w:rsidRDefault="00000000">
            <w:pPr>
              <w:spacing w:after="0"/>
            </w:pPr>
            <w:r>
              <w:rPr>
                <w:sz w:val="17"/>
              </w:rPr>
              <w:t>[NP. WYPOSAŻENIE WŁASNE]</w:t>
            </w:r>
          </w:p>
        </w:tc>
        <w:tc>
          <w:tcPr>
            <w:tcW w:w="3305" w:type="dxa"/>
            <w:shd w:val="clear" w:color="auto" w:fill="FFF2CC"/>
          </w:tcPr>
          <w:p w14:paraId="3368A8A9" w14:textId="77777777" w:rsidR="004A3415" w:rsidRDefault="00000000">
            <w:pPr>
              <w:spacing w:after="0"/>
            </w:pPr>
            <w:r>
              <w:rPr>
                <w:sz w:val="17"/>
              </w:rPr>
              <w:t>[NP. UDOSTĘPNIENIE SALI / TERENU]</w:t>
            </w:r>
          </w:p>
        </w:tc>
      </w:tr>
      <w:tr w:rsidR="004A3415" w14:paraId="73AA6157" w14:textId="77777777">
        <w:trPr>
          <w:jc w:val="center"/>
        </w:trPr>
        <w:tc>
          <w:tcPr>
            <w:tcW w:w="3305" w:type="dxa"/>
          </w:tcPr>
          <w:p w14:paraId="1843F999" w14:textId="77777777" w:rsidR="004A3415" w:rsidRDefault="00000000">
            <w:pPr>
              <w:spacing w:after="0"/>
            </w:pPr>
            <w:r>
              <w:rPr>
                <w:sz w:val="17"/>
              </w:rPr>
              <w:t>Promocja i informacja</w:t>
            </w:r>
          </w:p>
        </w:tc>
        <w:tc>
          <w:tcPr>
            <w:tcW w:w="3305" w:type="dxa"/>
            <w:shd w:val="clear" w:color="auto" w:fill="FFF2CC"/>
          </w:tcPr>
          <w:p w14:paraId="02CB1BC2" w14:textId="77777777" w:rsidR="004A3415" w:rsidRDefault="00000000">
            <w:pPr>
              <w:spacing w:after="0"/>
            </w:pPr>
            <w:r>
              <w:rPr>
                <w:sz w:val="17"/>
              </w:rPr>
              <w:t>[NP. MATERIAŁY, SOCIAL MEDIA]</w:t>
            </w:r>
          </w:p>
        </w:tc>
        <w:tc>
          <w:tcPr>
            <w:tcW w:w="3305" w:type="dxa"/>
            <w:shd w:val="clear" w:color="auto" w:fill="FFF2CC"/>
          </w:tcPr>
          <w:p w14:paraId="44F4854B" w14:textId="77777777" w:rsidR="004A3415" w:rsidRDefault="00000000">
            <w:pPr>
              <w:spacing w:after="0"/>
            </w:pPr>
            <w:r>
              <w:rPr>
                <w:sz w:val="17"/>
              </w:rPr>
              <w:t>[NP. STRONA GMINY, KANAŁY INFORMACYJNE]</w:t>
            </w:r>
          </w:p>
        </w:tc>
      </w:tr>
      <w:tr w:rsidR="004A3415" w14:paraId="4A530397" w14:textId="77777777">
        <w:trPr>
          <w:jc w:val="center"/>
        </w:trPr>
        <w:tc>
          <w:tcPr>
            <w:tcW w:w="3305" w:type="dxa"/>
          </w:tcPr>
          <w:p w14:paraId="6A65484E" w14:textId="77777777" w:rsidR="004A3415" w:rsidRDefault="00000000">
            <w:pPr>
              <w:spacing w:after="0"/>
            </w:pPr>
            <w:r>
              <w:rPr>
                <w:sz w:val="17"/>
              </w:rPr>
              <w:t>Obsługa wydarzenia / działania</w:t>
            </w:r>
          </w:p>
        </w:tc>
        <w:tc>
          <w:tcPr>
            <w:tcW w:w="3305" w:type="dxa"/>
            <w:shd w:val="clear" w:color="auto" w:fill="FFF2CC"/>
          </w:tcPr>
          <w:p w14:paraId="4A93C25C" w14:textId="77777777" w:rsidR="004A3415" w:rsidRDefault="00000000">
            <w:pPr>
              <w:spacing w:after="0"/>
            </w:pPr>
            <w:r>
              <w:rPr>
                <w:sz w:val="17"/>
              </w:rPr>
              <w:t>[NP. KOORDYNACJA, WOLONTARIUSZE]</w:t>
            </w:r>
          </w:p>
        </w:tc>
        <w:tc>
          <w:tcPr>
            <w:tcW w:w="3305" w:type="dxa"/>
            <w:shd w:val="clear" w:color="auto" w:fill="FFF2CC"/>
          </w:tcPr>
          <w:p w14:paraId="21941E16" w14:textId="77777777" w:rsidR="004A3415" w:rsidRDefault="00000000">
            <w:pPr>
              <w:spacing w:after="0"/>
            </w:pPr>
            <w:r>
              <w:rPr>
                <w:sz w:val="17"/>
              </w:rPr>
              <w:t>[NP. WSPARCIE TECHNICZNE / ORGANIZACYJNE]</w:t>
            </w:r>
          </w:p>
        </w:tc>
      </w:tr>
      <w:tr w:rsidR="004A3415" w14:paraId="3BE9FFE0" w14:textId="77777777">
        <w:trPr>
          <w:jc w:val="center"/>
        </w:trPr>
        <w:tc>
          <w:tcPr>
            <w:tcW w:w="3305" w:type="dxa"/>
          </w:tcPr>
          <w:p w14:paraId="6DBD8A46" w14:textId="77777777" w:rsidR="004A3415" w:rsidRDefault="00000000">
            <w:pPr>
              <w:spacing w:after="0"/>
            </w:pPr>
            <w:r>
              <w:rPr>
                <w:sz w:val="17"/>
              </w:rPr>
              <w:t>Inne</w:t>
            </w:r>
          </w:p>
        </w:tc>
        <w:tc>
          <w:tcPr>
            <w:tcW w:w="3305" w:type="dxa"/>
            <w:shd w:val="clear" w:color="auto" w:fill="FFF2CC"/>
          </w:tcPr>
          <w:p w14:paraId="1B6E9824" w14:textId="77777777" w:rsidR="004A3415" w:rsidRDefault="00000000">
            <w:pPr>
              <w:spacing w:after="0"/>
            </w:pPr>
            <w:r>
              <w:rPr>
                <w:sz w:val="17"/>
              </w:rPr>
              <w:t>[WSKAŻ / NIE DOTYCZY]</w:t>
            </w:r>
          </w:p>
        </w:tc>
        <w:tc>
          <w:tcPr>
            <w:tcW w:w="3305" w:type="dxa"/>
            <w:shd w:val="clear" w:color="auto" w:fill="FFF2CC"/>
          </w:tcPr>
          <w:p w14:paraId="7CCF6887" w14:textId="77777777" w:rsidR="004A3415" w:rsidRDefault="00000000">
            <w:pPr>
              <w:spacing w:after="0"/>
            </w:pPr>
            <w:r>
              <w:rPr>
                <w:sz w:val="17"/>
              </w:rPr>
              <w:t>[WSKAŻ / NIE DOTYCZY]</w:t>
            </w:r>
          </w:p>
        </w:tc>
      </w:tr>
    </w:tbl>
    <w:p w14:paraId="1B09FF88" w14:textId="77777777" w:rsidR="004A3415" w:rsidRDefault="00000000">
      <w:pPr>
        <w:pStyle w:val="Instrukcja"/>
      </w:pPr>
      <w:r>
        <w:t>Wpisuj tylko taki zakres wsparcia gminy, który rzeczywiście chcesz zaproponować do uzgodnienia. Oferta nie powinna sugerować, że gmina zobowiązała się już do finansowania, patronatu, udostępnienia obiektu lub promocji.</w:t>
      </w:r>
    </w:p>
    <w:p w14:paraId="699CBEFF" w14:textId="77777777" w:rsidR="004A3415" w:rsidRDefault="00000000">
      <w:pPr>
        <w:pStyle w:val="Nagwek1"/>
      </w:pPr>
      <w:r>
        <w:t>5. Harmonogram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305"/>
        <w:gridCol w:w="3305"/>
        <w:gridCol w:w="3305"/>
      </w:tblGrid>
      <w:tr w:rsidR="004A3415" w14:paraId="7A324855" w14:textId="77777777">
        <w:tc>
          <w:tcPr>
            <w:tcW w:w="3305" w:type="dxa"/>
            <w:shd w:val="clear" w:color="auto" w:fill="D9EAF7"/>
          </w:tcPr>
          <w:p w14:paraId="3D583E7D" w14:textId="77777777" w:rsidR="004A3415" w:rsidRDefault="00000000">
            <w:pPr>
              <w:spacing w:after="0"/>
            </w:pPr>
            <w:r>
              <w:rPr>
                <w:b/>
                <w:sz w:val="17"/>
              </w:rPr>
              <w:t>Etap</w:t>
            </w:r>
          </w:p>
        </w:tc>
        <w:tc>
          <w:tcPr>
            <w:tcW w:w="3305" w:type="dxa"/>
            <w:shd w:val="clear" w:color="auto" w:fill="D9EAF7"/>
          </w:tcPr>
          <w:p w14:paraId="7D6212EE" w14:textId="77777777" w:rsidR="004A3415" w:rsidRDefault="00000000">
            <w:pPr>
              <w:spacing w:after="0"/>
            </w:pPr>
            <w:r>
              <w:rPr>
                <w:b/>
                <w:sz w:val="17"/>
              </w:rPr>
              <w:t>Planowany termin</w:t>
            </w:r>
          </w:p>
        </w:tc>
        <w:tc>
          <w:tcPr>
            <w:tcW w:w="3305" w:type="dxa"/>
            <w:shd w:val="clear" w:color="auto" w:fill="D9EAF7"/>
          </w:tcPr>
          <w:p w14:paraId="367D2647" w14:textId="77777777" w:rsidR="004A3415" w:rsidRDefault="00000000">
            <w:pPr>
              <w:spacing w:after="0"/>
            </w:pPr>
            <w:r>
              <w:rPr>
                <w:b/>
                <w:sz w:val="17"/>
              </w:rPr>
              <w:t>Najważniejsze działania</w:t>
            </w:r>
          </w:p>
        </w:tc>
      </w:tr>
      <w:tr w:rsidR="004A3415" w14:paraId="4DFCEB5F" w14:textId="77777777">
        <w:tc>
          <w:tcPr>
            <w:tcW w:w="3305" w:type="dxa"/>
          </w:tcPr>
          <w:p w14:paraId="760DDD36" w14:textId="77777777" w:rsidR="004A3415" w:rsidRDefault="00000000">
            <w:pPr>
              <w:spacing w:after="0"/>
            </w:pPr>
            <w:r>
              <w:rPr>
                <w:sz w:val="17"/>
              </w:rPr>
              <w:t>Przygotowanie</w:t>
            </w:r>
          </w:p>
        </w:tc>
        <w:tc>
          <w:tcPr>
            <w:tcW w:w="3305" w:type="dxa"/>
            <w:shd w:val="clear" w:color="auto" w:fill="FFF2CC"/>
          </w:tcPr>
          <w:p w14:paraId="0CEC5609" w14:textId="77777777" w:rsidR="004A3415" w:rsidRDefault="00000000">
            <w:pPr>
              <w:spacing w:after="0"/>
            </w:pPr>
            <w:r>
              <w:rPr>
                <w:sz w:val="17"/>
              </w:rPr>
              <w:t>[TERMIN]</w:t>
            </w:r>
          </w:p>
        </w:tc>
        <w:tc>
          <w:tcPr>
            <w:tcW w:w="3305" w:type="dxa"/>
            <w:shd w:val="clear" w:color="auto" w:fill="FFF2CC"/>
          </w:tcPr>
          <w:p w14:paraId="61AD3CA8" w14:textId="77777777" w:rsidR="004A3415" w:rsidRDefault="00000000">
            <w:pPr>
              <w:spacing w:after="0"/>
            </w:pPr>
            <w:r>
              <w:rPr>
                <w:sz w:val="17"/>
              </w:rPr>
              <w:t>[DZIAŁANIA]</w:t>
            </w:r>
          </w:p>
        </w:tc>
      </w:tr>
      <w:tr w:rsidR="004A3415" w14:paraId="2F67496B" w14:textId="77777777">
        <w:tc>
          <w:tcPr>
            <w:tcW w:w="3305" w:type="dxa"/>
          </w:tcPr>
          <w:p w14:paraId="7ADE7C64" w14:textId="77777777" w:rsidR="004A3415" w:rsidRDefault="00000000">
            <w:pPr>
              <w:spacing w:after="0"/>
            </w:pPr>
            <w:r>
              <w:rPr>
                <w:sz w:val="17"/>
              </w:rPr>
              <w:lastRenderedPageBreak/>
              <w:t>Realizacja</w:t>
            </w:r>
          </w:p>
        </w:tc>
        <w:tc>
          <w:tcPr>
            <w:tcW w:w="3305" w:type="dxa"/>
            <w:shd w:val="clear" w:color="auto" w:fill="FFF2CC"/>
          </w:tcPr>
          <w:p w14:paraId="44570336" w14:textId="77777777" w:rsidR="004A3415" w:rsidRDefault="00000000">
            <w:pPr>
              <w:spacing w:after="0"/>
            </w:pPr>
            <w:r>
              <w:rPr>
                <w:sz w:val="17"/>
              </w:rPr>
              <w:t>[TERMIN]</w:t>
            </w:r>
          </w:p>
        </w:tc>
        <w:tc>
          <w:tcPr>
            <w:tcW w:w="3305" w:type="dxa"/>
            <w:shd w:val="clear" w:color="auto" w:fill="FFF2CC"/>
          </w:tcPr>
          <w:p w14:paraId="59230442" w14:textId="77777777" w:rsidR="004A3415" w:rsidRDefault="00000000">
            <w:pPr>
              <w:spacing w:after="0"/>
            </w:pPr>
            <w:r>
              <w:rPr>
                <w:sz w:val="17"/>
              </w:rPr>
              <w:t>[DZIAŁANIA]</w:t>
            </w:r>
          </w:p>
        </w:tc>
      </w:tr>
      <w:tr w:rsidR="004A3415" w14:paraId="3B281290" w14:textId="77777777">
        <w:tc>
          <w:tcPr>
            <w:tcW w:w="3305" w:type="dxa"/>
          </w:tcPr>
          <w:p w14:paraId="287867DD" w14:textId="77777777" w:rsidR="004A3415" w:rsidRDefault="00000000">
            <w:pPr>
              <w:spacing w:after="0"/>
            </w:pPr>
            <w:r>
              <w:rPr>
                <w:sz w:val="17"/>
              </w:rPr>
              <w:t>Podsumowanie</w:t>
            </w:r>
          </w:p>
        </w:tc>
        <w:tc>
          <w:tcPr>
            <w:tcW w:w="3305" w:type="dxa"/>
            <w:shd w:val="clear" w:color="auto" w:fill="FFF2CC"/>
          </w:tcPr>
          <w:p w14:paraId="2E354288" w14:textId="77777777" w:rsidR="004A3415" w:rsidRDefault="00000000">
            <w:pPr>
              <w:spacing w:after="0"/>
            </w:pPr>
            <w:r>
              <w:rPr>
                <w:sz w:val="17"/>
              </w:rPr>
              <w:t>[TERMIN]</w:t>
            </w:r>
          </w:p>
        </w:tc>
        <w:tc>
          <w:tcPr>
            <w:tcW w:w="3305" w:type="dxa"/>
            <w:shd w:val="clear" w:color="auto" w:fill="FFF2CC"/>
          </w:tcPr>
          <w:p w14:paraId="4C462C8E" w14:textId="77777777" w:rsidR="004A3415" w:rsidRDefault="00000000">
            <w:pPr>
              <w:spacing w:after="0"/>
            </w:pPr>
            <w:r>
              <w:rPr>
                <w:sz w:val="17"/>
              </w:rPr>
              <w:t>[DZIAŁANIA]</w:t>
            </w:r>
          </w:p>
        </w:tc>
      </w:tr>
    </w:tbl>
    <w:p w14:paraId="0B5CE306" w14:textId="77777777" w:rsidR="004A3415" w:rsidRDefault="00000000">
      <w:pPr>
        <w:pStyle w:val="Nagwek1"/>
      </w:pPr>
      <w:r>
        <w:t>6. Budżet i oczekiwany zakres wsparcia</w:t>
      </w:r>
    </w:p>
    <w:p w14:paraId="057E2650" w14:textId="77777777" w:rsidR="004A3415" w:rsidRDefault="00000000">
      <w:r>
        <w:t xml:space="preserve">Szacunkowa całkowita wartość przedsięwzięcia: </w:t>
      </w:r>
      <w:r>
        <w:rPr>
          <w:b/>
          <w:shd w:val="clear" w:color="auto" w:fill="FFF2CC"/>
        </w:rPr>
        <w:t>[KWOTA]</w:t>
      </w:r>
      <w:r>
        <w:t xml:space="preserve"> zł.</w:t>
      </w:r>
    </w:p>
    <w:p w14:paraId="53908954" w14:textId="77777777" w:rsidR="004A3415" w:rsidRDefault="00000000">
      <w:r>
        <w:t xml:space="preserve">Wkład organizacji (finansowy, rzeczowy lub osobowy): </w:t>
      </w:r>
      <w:r>
        <w:rPr>
          <w:b/>
          <w:shd w:val="clear" w:color="auto" w:fill="FFF2CC"/>
        </w:rPr>
        <w:t>[OPIS / KWOTA]</w:t>
      </w:r>
      <w:r>
        <w:t>.</w:t>
      </w:r>
    </w:p>
    <w:p w14:paraId="6AF1332E" w14:textId="77777777" w:rsidR="004A3415" w:rsidRDefault="00000000">
      <w:r>
        <w:t xml:space="preserve">Proponowany zakres wsparcia ze strony Gminy: </w:t>
      </w:r>
      <w:r>
        <w:rPr>
          <w:b/>
          <w:shd w:val="clear" w:color="auto" w:fill="FFF2CC"/>
        </w:rPr>
        <w:t>[NP. WSPÓŁORGANIZACJA / UDOSTĘPNIENIE MIEJSCA / WSPARCIE PROMOCYJNE / INNE]</w:t>
      </w:r>
      <w:r>
        <w:t>.</w:t>
      </w:r>
    </w:p>
    <w:p w14:paraId="4245597B" w14:textId="77777777" w:rsidR="004A3415" w:rsidRDefault="00000000">
      <w:r>
        <w:t xml:space="preserve">Jeżeli współpraca miałaby obejmować środki finansowe, oczekiwany poziom finansowania: </w:t>
      </w:r>
      <w:r>
        <w:rPr>
          <w:b/>
          <w:shd w:val="clear" w:color="auto" w:fill="FFF2CC"/>
        </w:rPr>
        <w:t>[KWOTA / DO UZGODNIENIA / NIE DOTYCZY]</w:t>
      </w:r>
      <w:r>
        <w:t>.</w:t>
      </w:r>
    </w:p>
    <w:p w14:paraId="7986A191" w14:textId="77777777" w:rsidR="004A3415" w:rsidRDefault="00000000">
      <w:pPr>
        <w:pStyle w:val="Instrukcja"/>
      </w:pPr>
      <w:r>
        <w:t>Samo złożenie takiej propozycji nie tworzy podstawy do przekazania dotacji. Finansowanie zadania publicznego przez JST wymaga zastosowania właściwego trybu prawnego i dokumentów przewidzianych dla tego trybu.</w:t>
      </w:r>
    </w:p>
    <w:p w14:paraId="3CF1285E" w14:textId="77777777" w:rsidR="004A3415" w:rsidRDefault="00000000">
      <w:pPr>
        <w:pStyle w:val="Nagwek1"/>
      </w:pPr>
      <w:r>
        <w:t>7. Zasady organizacyjne i formalne</w:t>
      </w:r>
    </w:p>
    <w:p w14:paraId="0AA67F2F" w14:textId="77777777" w:rsidR="004A3415" w:rsidRDefault="00000000">
      <w:r>
        <w:t>1. Szczegółowy zakres współpracy, odpowiedzialność stron, zasady finansowania oraz sposób rozliczenia zostaną ustalone przed rozpoczęciem realizacji przedsięwzięcia.</w:t>
      </w:r>
    </w:p>
    <w:p w14:paraId="3069EA2B" w14:textId="77777777" w:rsidR="004A3415" w:rsidRDefault="00000000">
      <w:r>
        <w:t>2. Organizator zapewni wymagane prawem zgłoszenia, zezwolenia, opinie, regulaminy i zabezpieczenia w zakresie, w jakim będą dotyczyły planowanego działania i zostaną przypisane organizatorowi.</w:t>
      </w:r>
    </w:p>
    <w:p w14:paraId="6A494105" w14:textId="77777777" w:rsidR="004A3415" w:rsidRDefault="00000000">
      <w:r>
        <w:t>3. W przypadku wykorzystania nazwy, herbu, logotypu lub patronatu Gminy sposób ich użycia zostanie wcześniej uzgodniony z Gminą.</w:t>
      </w:r>
    </w:p>
    <w:p w14:paraId="17504F03" w14:textId="77777777" w:rsidR="004A3415" w:rsidRDefault="00000000">
      <w:pPr>
        <w:pStyle w:val="Nagwek1"/>
      </w:pPr>
      <w:r>
        <w:t>8. Kontakt</w:t>
      </w:r>
    </w:p>
    <w:p w14:paraId="7EF3D2AB" w14:textId="77777777" w:rsidR="004A3415" w:rsidRDefault="00000000">
      <w:r>
        <w:t xml:space="preserve">Osoba odpowiedzialna za uzgodnienie współpracy: </w:t>
      </w:r>
      <w:r>
        <w:rPr>
          <w:b/>
          <w:shd w:val="clear" w:color="auto" w:fill="FFF2CC"/>
        </w:rPr>
        <w:t>[IMIĘ I NAZWISKO, FUNKCJA]</w:t>
      </w:r>
      <w:r>
        <w:br/>
        <w:t xml:space="preserve">Telefon: </w:t>
      </w:r>
      <w:r>
        <w:rPr>
          <w:b/>
          <w:shd w:val="clear" w:color="auto" w:fill="FFF2CC"/>
        </w:rPr>
        <w:t>[TELEFON]</w:t>
      </w:r>
      <w:r>
        <w:br/>
        <w:t xml:space="preserve">E-mail: </w:t>
      </w:r>
      <w:r>
        <w:rPr>
          <w:b/>
          <w:shd w:val="clear" w:color="auto" w:fill="FFF2CC"/>
        </w:rPr>
        <w:t>[E-MAIL]</w:t>
      </w:r>
    </w:p>
    <w:p w14:paraId="6AE5ED3E" w14:textId="77777777" w:rsidR="004A3415" w:rsidRDefault="00000000">
      <w:r>
        <w:t>Będziemy wdzięczni za możliwość spotkania lub kontaktu w celu omówienia proponowanego zakresu współpracy i dostosowania przedsięwzięcia do potrzeb Gminy oraz jej mieszkańców.</w:t>
      </w:r>
    </w:p>
    <w:p w14:paraId="11CB5EEF" w14:textId="77777777" w:rsidR="004A3415" w:rsidRDefault="00000000">
      <w:pPr>
        <w:jc w:val="right"/>
      </w:pPr>
      <w:r>
        <w:rPr>
          <w:b/>
          <w:shd w:val="clear" w:color="auto" w:fill="FFF2CC"/>
        </w:rPr>
        <w:t>[IMIĘ I NAZWISKO]</w:t>
      </w:r>
      <w:r>
        <w:rPr>
          <w:b/>
          <w:shd w:val="clear" w:color="auto" w:fill="FFF2CC"/>
        </w:rPr>
        <w:br/>
        <w:t>[FUNKCJA / SPOSÓB REPREZENTACJI]</w:t>
      </w:r>
      <w:r>
        <w:rPr>
          <w:b/>
          <w:shd w:val="clear" w:color="auto" w:fill="FFF2CC"/>
        </w:rPr>
        <w:br/>
      </w:r>
      <w:r>
        <w:rPr>
          <w:b/>
          <w:shd w:val="clear" w:color="auto" w:fill="FFF2CC"/>
        </w:rPr>
        <w:br/>
        <w:t>____________________________</w:t>
      </w:r>
      <w:r>
        <w:rPr>
          <w:b/>
          <w:shd w:val="clear" w:color="auto" w:fill="FFF2CC"/>
        </w:rPr>
        <w:br/>
        <w:t>podpis</w:t>
      </w:r>
    </w:p>
    <w:p w14:paraId="4205B098" w14:textId="77777777" w:rsidR="004A3415" w:rsidRDefault="00000000">
      <w:pPr>
        <w:pStyle w:val="Nagwek1"/>
      </w:pPr>
      <w:r>
        <w:t>Opcjonalne załączniki</w:t>
      </w:r>
    </w:p>
    <w:p w14:paraId="6F5492C7" w14:textId="77777777" w:rsidR="004A3415" w:rsidRDefault="00000000">
      <w:r>
        <w:t>☐ szczegółowy opis przedsięwzięcia / program wydarzenia;</w:t>
      </w:r>
    </w:p>
    <w:p w14:paraId="1A8FDB26" w14:textId="77777777" w:rsidR="004A3415" w:rsidRDefault="00000000">
      <w:r>
        <w:t>☐ szczegółowy budżet;</w:t>
      </w:r>
    </w:p>
    <w:p w14:paraId="1BD70837" w14:textId="77777777" w:rsidR="004A3415" w:rsidRDefault="00000000">
      <w:r>
        <w:t>☐ harmonogram;</w:t>
      </w:r>
    </w:p>
    <w:p w14:paraId="2362DD6E" w14:textId="77777777" w:rsidR="004A3415" w:rsidRDefault="00000000">
      <w:r>
        <w:t>☐ portfolio / opis doświadczenia organizacji;</w:t>
      </w:r>
    </w:p>
    <w:p w14:paraId="22D58853" w14:textId="77777777" w:rsidR="004A3415" w:rsidRDefault="00000000">
      <w:r>
        <w:t>☐ materiały graficzne lub koncepcja promocji;</w:t>
      </w:r>
    </w:p>
    <w:p w14:paraId="74DB96F0" w14:textId="77777777" w:rsidR="004A3415" w:rsidRDefault="00000000">
      <w:r>
        <w:t>☐ inne: [WSKAŻ].</w:t>
      </w:r>
    </w:p>
    <w:p w14:paraId="273A7DA2" w14:textId="77777777" w:rsidR="004A3415" w:rsidRDefault="00000000">
      <w:pPr>
        <w:pStyle w:val="Instrukcja"/>
      </w:pPr>
      <w:r>
        <w:t>UWAGA: jeśli dokument ma służyć do ubiegania się o dotację na realizację zadania publicznego, nie należy składać tego wzoru zamiast formularza urzędowego. W otwartym konkursie ofert stosuje się wzór i sposób składania wskazany w ogłoszeniu. W trybie tzw. małego grantu (art. 19a) obowiązuje odrębny uproszczony wzór oferty.</w:t>
      </w:r>
    </w:p>
    <w:sectPr w:rsidR="004A3415" w:rsidSect="003B42FD">
      <w:headerReference w:type="default" r:id="rId8"/>
      <w:footerReference w:type="default" r:id="rId9"/>
      <w:pgSz w:w="12240" w:h="15840"/>
      <w:pgMar w:top="765" w:right="1162" w:bottom="765" w:left="1162" w:header="22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D7502" w14:textId="77777777" w:rsidR="00DD4E23" w:rsidRDefault="00DD4E23">
      <w:pPr>
        <w:spacing w:after="0"/>
      </w:pPr>
      <w:r>
        <w:separator/>
      </w:r>
    </w:p>
  </w:endnote>
  <w:endnote w:type="continuationSeparator" w:id="0">
    <w:p w14:paraId="181F1C65" w14:textId="77777777" w:rsidR="00DD4E23" w:rsidRDefault="00DD4E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76801" w14:textId="77777777" w:rsidR="004A3415" w:rsidRDefault="00000000">
    <w:pPr>
      <w:pStyle w:val="Stopka"/>
      <w:jc w:val="center"/>
    </w:pPr>
    <w:proofErr w:type="spellStart"/>
    <w:r>
      <w:rPr>
        <w:color w:val="6E6E6E"/>
        <w:sz w:val="16"/>
      </w:rPr>
      <w:t>Oferta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współpracy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dla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gminy</w:t>
    </w:r>
    <w:proofErr w:type="spellEnd"/>
    <w:r>
      <w:rPr>
        <w:color w:val="6E6E6E"/>
        <w:sz w:val="16"/>
      </w:rPr>
      <w:t xml:space="preserve"> – </w:t>
    </w:r>
    <w:proofErr w:type="spellStart"/>
    <w:r>
      <w:rPr>
        <w:color w:val="6E6E6E"/>
        <w:sz w:val="16"/>
      </w:rPr>
      <w:t>wzór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dla</w:t>
    </w:r>
    <w:proofErr w:type="spellEnd"/>
    <w:r>
      <w:rPr>
        <w:color w:val="6E6E6E"/>
        <w:sz w:val="16"/>
      </w:rPr>
      <w:t xml:space="preserve"> NGO | </w:t>
    </w:r>
    <w:proofErr w:type="spellStart"/>
    <w:r>
      <w:rPr>
        <w:color w:val="6E6E6E"/>
        <w:sz w:val="16"/>
      </w:rPr>
      <w:t>pola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żółte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wymagają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dostosowania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64645" w14:textId="77777777" w:rsidR="00DD4E23" w:rsidRDefault="00DD4E23">
      <w:pPr>
        <w:spacing w:after="0"/>
      </w:pPr>
      <w:r>
        <w:separator/>
      </w:r>
    </w:p>
  </w:footnote>
  <w:footnote w:type="continuationSeparator" w:id="0">
    <w:p w14:paraId="2D8529A6" w14:textId="77777777" w:rsidR="00DD4E23" w:rsidRDefault="00DD4E2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0B702" w14:textId="7E39B64A" w:rsidR="003B42FD" w:rsidRDefault="003B42FD">
    <w:pPr>
      <w:pStyle w:val="Nagwek"/>
    </w:pPr>
    <w:r>
      <w:rPr>
        <w:noProof/>
      </w:rPr>
      <w:drawing>
        <wp:inline distT="0" distB="0" distL="0" distR="0" wp14:anchorId="548A3A37" wp14:editId="02331F05">
          <wp:extent cx="6188075" cy="506095"/>
          <wp:effectExtent l="0" t="0" r="3175" b="8255"/>
          <wp:docPr id="40182098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07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48004665">
    <w:abstractNumId w:val="8"/>
  </w:num>
  <w:num w:numId="2" w16cid:durableId="2108428237">
    <w:abstractNumId w:val="6"/>
  </w:num>
  <w:num w:numId="3" w16cid:durableId="1673101145">
    <w:abstractNumId w:val="5"/>
  </w:num>
  <w:num w:numId="4" w16cid:durableId="1319963845">
    <w:abstractNumId w:val="4"/>
  </w:num>
  <w:num w:numId="5" w16cid:durableId="1764840520">
    <w:abstractNumId w:val="7"/>
  </w:num>
  <w:num w:numId="6" w16cid:durableId="1980568564">
    <w:abstractNumId w:val="3"/>
  </w:num>
  <w:num w:numId="7" w16cid:durableId="1183395430">
    <w:abstractNumId w:val="2"/>
  </w:num>
  <w:num w:numId="8" w16cid:durableId="1199272336">
    <w:abstractNumId w:val="1"/>
  </w:num>
  <w:num w:numId="9" w16cid:durableId="556824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B42FD"/>
    <w:rsid w:val="004A3415"/>
    <w:rsid w:val="00501F83"/>
    <w:rsid w:val="00AA1D8D"/>
    <w:rsid w:val="00B47730"/>
    <w:rsid w:val="00CB0664"/>
    <w:rsid w:val="00DD4E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4FA5A80"/>
  <w14:defaultImageDpi w14:val="300"/>
  <w15:docId w15:val="{A2BDC341-D0F1-4DA6-9642-C930D229F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Aptos" w:hAnsi="Aptos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4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">
    <w:name w:val="Instrukcja"/>
    <w:pPr>
      <w:spacing w:after="40"/>
    </w:pPr>
    <w:rPr>
      <w:rFonts w:ascii="Aptos" w:hAnsi="Aptos"/>
      <w:i/>
      <w:color w:val="5A5A5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4146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 Glo</cp:lastModifiedBy>
  <cp:revision>2</cp:revision>
  <dcterms:created xsi:type="dcterms:W3CDTF">2013-12-23T23:15:00Z</dcterms:created>
  <dcterms:modified xsi:type="dcterms:W3CDTF">2026-09-07T10:32:00Z</dcterms:modified>
  <cp:category/>
</cp:coreProperties>
</file>