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A84B7" w14:textId="77777777" w:rsidR="00D26727" w:rsidRDefault="00000000">
      <w:pPr>
        <w:pStyle w:val="Tytu"/>
        <w:jc w:val="center"/>
      </w:pPr>
      <w:r>
        <w:t>INSTRUKCJA POSTĘPOWANIA</w:t>
      </w:r>
      <w:r>
        <w:br/>
        <w:t>W PRZYPADKU POWSTANIA POŻARU</w:t>
      </w:r>
      <w:r>
        <w:br/>
        <w:t>LUB INNEGO MIEJSCOWEGO ZAGROŻENIA</w:t>
      </w:r>
      <w:r>
        <w:br/>
        <w:t>W MIEJSCU I W CZASIE IMPREZY MASOWEJ</w:t>
      </w:r>
    </w:p>
    <w:p w14:paraId="5A323812" w14:textId="77777777" w:rsidR="00D26727" w:rsidRDefault="00000000">
      <w:pPr>
        <w:jc w:val="center"/>
      </w:pPr>
      <w:r>
        <w:rPr>
          <w:b/>
        </w:rPr>
        <w:t>wzór do dostosowania przez organizatora / NGO</w:t>
      </w:r>
    </w:p>
    <w:p w14:paraId="539DF157" w14:textId="77777777" w:rsidR="00D26727" w:rsidRDefault="00D26727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58"/>
        <w:gridCol w:w="4958"/>
      </w:tblGrid>
      <w:tr w:rsidR="00D26727" w14:paraId="5533ACB9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6D407889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Nazwa imprezy</w:t>
            </w:r>
          </w:p>
        </w:tc>
        <w:tc>
          <w:tcPr>
            <w:tcW w:w="4958" w:type="dxa"/>
            <w:shd w:val="clear" w:color="auto" w:fill="FFF2CC"/>
          </w:tcPr>
          <w:p w14:paraId="5D5D091E" w14:textId="77777777" w:rsidR="00D26727" w:rsidRDefault="00000000">
            <w:pPr>
              <w:spacing w:after="0"/>
            </w:pPr>
            <w:r>
              <w:rPr>
                <w:sz w:val="17"/>
              </w:rPr>
              <w:t>[NAZWA IMPREZY]</w:t>
            </w:r>
          </w:p>
        </w:tc>
      </w:tr>
      <w:tr w:rsidR="00D26727" w14:paraId="45D0A0D8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3A761378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Miejsce</w:t>
            </w:r>
          </w:p>
        </w:tc>
        <w:tc>
          <w:tcPr>
            <w:tcW w:w="4958" w:type="dxa"/>
            <w:shd w:val="clear" w:color="auto" w:fill="FFF2CC"/>
          </w:tcPr>
          <w:p w14:paraId="5ED5A966" w14:textId="77777777" w:rsidR="00D26727" w:rsidRDefault="00000000">
            <w:pPr>
              <w:spacing w:after="0"/>
            </w:pPr>
            <w:r>
              <w:rPr>
                <w:sz w:val="17"/>
              </w:rPr>
              <w:t>[OBIEKT / TEREN, ADRES]</w:t>
            </w:r>
          </w:p>
        </w:tc>
      </w:tr>
      <w:tr w:rsidR="00D26727" w14:paraId="256E1EBF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6FB762CC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Termin</w:t>
            </w:r>
          </w:p>
        </w:tc>
        <w:tc>
          <w:tcPr>
            <w:tcW w:w="4958" w:type="dxa"/>
            <w:shd w:val="clear" w:color="auto" w:fill="FFF2CC"/>
          </w:tcPr>
          <w:p w14:paraId="69560E43" w14:textId="77777777" w:rsidR="00D26727" w:rsidRDefault="00000000">
            <w:pPr>
              <w:spacing w:after="0"/>
            </w:pPr>
            <w:r>
              <w:rPr>
                <w:sz w:val="17"/>
              </w:rPr>
              <w:t>[DATA I GODZINY]</w:t>
            </w:r>
          </w:p>
        </w:tc>
      </w:tr>
      <w:tr w:rsidR="00D26727" w14:paraId="2229F173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0C9E4946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Organizator</w:t>
            </w:r>
          </w:p>
        </w:tc>
        <w:tc>
          <w:tcPr>
            <w:tcW w:w="4958" w:type="dxa"/>
            <w:shd w:val="clear" w:color="auto" w:fill="FFF2CC"/>
          </w:tcPr>
          <w:p w14:paraId="2F6DCBA3" w14:textId="77777777" w:rsidR="00D26727" w:rsidRDefault="00000000">
            <w:pPr>
              <w:spacing w:after="0"/>
            </w:pPr>
            <w:r>
              <w:rPr>
                <w:sz w:val="17"/>
              </w:rPr>
              <w:t>[PEŁNA NAZWA ORGANIZATORA]</w:t>
            </w:r>
          </w:p>
        </w:tc>
      </w:tr>
      <w:tr w:rsidR="00D26727" w14:paraId="704A221C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3E209C53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Data sporządzenia instrukcji</w:t>
            </w:r>
          </w:p>
        </w:tc>
        <w:tc>
          <w:tcPr>
            <w:tcW w:w="4958" w:type="dxa"/>
            <w:shd w:val="clear" w:color="auto" w:fill="FFF2CC"/>
          </w:tcPr>
          <w:p w14:paraId="0419E3F0" w14:textId="77777777" w:rsidR="00D26727" w:rsidRDefault="00000000">
            <w:pPr>
              <w:spacing w:after="0"/>
            </w:pPr>
            <w:r>
              <w:rPr>
                <w:sz w:val="17"/>
              </w:rPr>
              <w:t>[DATA]</w:t>
            </w:r>
          </w:p>
        </w:tc>
      </w:tr>
    </w:tbl>
    <w:p w14:paraId="670B87A7" w14:textId="77777777" w:rsidR="00D26727" w:rsidRDefault="00D26727"/>
    <w:p w14:paraId="405FF8B2" w14:textId="77777777" w:rsidR="00D26727" w:rsidRDefault="00000000">
      <w:r>
        <w:t xml:space="preserve">Autor opracowania: </w:t>
      </w:r>
      <w:r>
        <w:rPr>
          <w:b/>
          <w:shd w:val="clear" w:color="auto" w:fill="FFF2CC"/>
        </w:rPr>
        <w:t>[IMIĘ, NAZWISKO, KWALIFIKACJE – JEŻELI WYMAGANE / PRZYJĘTE]</w:t>
      </w:r>
    </w:p>
    <w:p w14:paraId="3CD49523" w14:textId="77777777" w:rsidR="00D26727" w:rsidRDefault="00000000">
      <w:r>
        <w:t>Podpis autora: __________________________</w:t>
      </w:r>
    </w:p>
    <w:p w14:paraId="426A3CB3" w14:textId="77777777" w:rsidR="00D26727" w:rsidRDefault="00000000">
      <w:r>
        <w:t xml:space="preserve">Organizator / osoba uprawniona: </w:t>
      </w:r>
      <w:r>
        <w:rPr>
          <w:b/>
          <w:shd w:val="clear" w:color="auto" w:fill="FFF2CC"/>
        </w:rPr>
        <w:t>[IMIĘ I NAZWISKO]</w:t>
      </w:r>
      <w:r>
        <w:t xml:space="preserve">   Podpis: __________________</w:t>
      </w:r>
    </w:p>
    <w:p w14:paraId="00A788D5" w14:textId="77777777" w:rsidR="00D26727" w:rsidRDefault="00000000">
      <w:r>
        <w:t xml:space="preserve">Właściciel / zarządca obiektu lub terenu: </w:t>
      </w:r>
      <w:r>
        <w:rPr>
          <w:b/>
          <w:shd w:val="clear" w:color="auto" w:fill="FFF2CC"/>
        </w:rPr>
        <w:t>[NAZWA / IMIĘ I NAZWISKO]</w:t>
      </w:r>
      <w:r>
        <w:t xml:space="preserve">   Podpis: __________________</w:t>
      </w:r>
    </w:p>
    <w:p w14:paraId="3638F2C6" w14:textId="77777777" w:rsidR="00D26727" w:rsidRDefault="00000000">
      <w:pPr>
        <w:pStyle w:val="Instrukcja"/>
      </w:pPr>
      <w:r>
        <w:t>INSTRUKCJA DO WZORU: dokument dotyczy imprezy masowej w rozumieniu ustawy. Zakres instrukcji wynika z rozporządzenia MSWiA z 13 sierpnia 2009 r. (Dz.U. Nr 135, poz. 1113), które pozostaje obowiązujące. Wzór należy wypełnić na podstawie rzeczywistych warunków obiektu/terenu i uzgodnić z osobami odpowiedzialnymi za bezpieczeństwo. Usuń wszystkie szare instrukcje przed złożeniem dokumentu.</w:t>
      </w:r>
    </w:p>
    <w:p w14:paraId="41C673E4" w14:textId="77777777" w:rsidR="00D26727" w:rsidRDefault="00000000">
      <w:r>
        <w:br w:type="page"/>
      </w:r>
    </w:p>
    <w:p w14:paraId="7558CE96" w14:textId="77777777" w:rsidR="00D26727" w:rsidRDefault="00000000">
      <w:pPr>
        <w:pStyle w:val="Tytu"/>
        <w:jc w:val="center"/>
      </w:pPr>
      <w:r>
        <w:lastRenderedPageBreak/>
        <w:t>SPIS TREŚCI</w:t>
      </w:r>
    </w:p>
    <w:p w14:paraId="6AFA4BBF" w14:textId="77777777" w:rsidR="00D26727" w:rsidRDefault="00000000">
      <w:r>
        <w:t>1. Procedura postępowania służb w razie pożaru lub innego zagrożenia</w:t>
      </w:r>
    </w:p>
    <w:p w14:paraId="1F38D6F3" w14:textId="77777777" w:rsidR="00D26727" w:rsidRDefault="00000000">
      <w:r>
        <w:t>2. System ostrzegania uczestników</w:t>
      </w:r>
    </w:p>
    <w:p w14:paraId="629AE5CB" w14:textId="77777777" w:rsidR="00D26727" w:rsidRDefault="00000000">
      <w:r>
        <w:t>3. Organizacja i sposób przeprowadzenia ewakuacji</w:t>
      </w:r>
    </w:p>
    <w:p w14:paraId="6B6E7B74" w14:textId="77777777" w:rsidR="00D26727" w:rsidRDefault="00000000">
      <w:r>
        <w:t>4. Część opisowa instrukcji</w:t>
      </w:r>
    </w:p>
    <w:p w14:paraId="088301C3" w14:textId="77777777" w:rsidR="00D26727" w:rsidRDefault="00000000">
      <w:r>
        <w:t>5. Graficzny plan obiektu / terenu</w:t>
      </w:r>
    </w:p>
    <w:p w14:paraId="24E7499E" w14:textId="77777777" w:rsidR="00D26727" w:rsidRDefault="00000000">
      <w:r>
        <w:t>6. Zapoznanie służb z instrukcją i aktualizacja</w:t>
      </w:r>
    </w:p>
    <w:p w14:paraId="57FFF994" w14:textId="77777777" w:rsidR="00D26727" w:rsidRDefault="00000000">
      <w:r>
        <w:t>Załączniki</w:t>
      </w:r>
    </w:p>
    <w:p w14:paraId="1216920A" w14:textId="77777777" w:rsidR="00D26727" w:rsidRDefault="00000000">
      <w:pPr>
        <w:pStyle w:val="Instrukcja"/>
      </w:pPr>
      <w:r>
        <w:t>Po zakończeniu edycji można zastąpić ten spis automatycznym spisem treści Worda.</w:t>
      </w:r>
    </w:p>
    <w:p w14:paraId="06ED32FF" w14:textId="77777777" w:rsidR="00D26727" w:rsidRDefault="00000000">
      <w:r>
        <w:br w:type="page"/>
      </w:r>
    </w:p>
    <w:p w14:paraId="54CA1E4D" w14:textId="77777777" w:rsidR="00D26727" w:rsidRDefault="00000000">
      <w:pPr>
        <w:pStyle w:val="Nagwek1"/>
      </w:pPr>
      <w:r>
        <w:lastRenderedPageBreak/>
        <w:t>1. PROCEDURA POSTĘPOWANIA SŁUŻB W RAZIE POŻARU LUB INNEGO ZAGROŻENIA</w:t>
      </w:r>
    </w:p>
    <w:p w14:paraId="68F95C9E" w14:textId="77777777" w:rsidR="00D26727" w:rsidRDefault="00000000">
      <w:r>
        <w:t xml:space="preserve">Osoba / członek służby odpowiedzialny za zawiadomienie służb ratowniczych i Policji: </w:t>
      </w:r>
      <w:r>
        <w:rPr>
          <w:b/>
          <w:shd w:val="clear" w:color="auto" w:fill="FFF2CC"/>
        </w:rPr>
        <w:t>[FUNKCJA / IMIĘ I NAZWISKO / SPOSÓB ŁĄCZNOŚCI]</w:t>
      </w:r>
    </w:p>
    <w:p w14:paraId="416301C6" w14:textId="77777777" w:rsidR="00D26727" w:rsidRDefault="00000000">
      <w:r>
        <w:t xml:space="preserve">Służba / osoby wyznaczone do podjęcia działań do czasu przybycia służb ratowniczych: </w:t>
      </w:r>
      <w:r>
        <w:rPr>
          <w:b/>
          <w:shd w:val="clear" w:color="auto" w:fill="FFF2CC"/>
        </w:rPr>
        <w:t>[WSKAŻ]</w:t>
      </w:r>
    </w:p>
    <w:p w14:paraId="0E47E3BF" w14:textId="77777777" w:rsidR="00D26727" w:rsidRDefault="00000000">
      <w:r>
        <w:t xml:space="preserve">Sposób alarmowania wewnętrznego i przekazywania informacji kierownikowi ds. bezpieczeństwa: </w:t>
      </w:r>
      <w:r>
        <w:rPr>
          <w:b/>
          <w:shd w:val="clear" w:color="auto" w:fill="FFF2CC"/>
        </w:rPr>
        <w:t>[OPIS]</w:t>
      </w:r>
    </w:p>
    <w:p w14:paraId="76F8CF8E" w14:textId="77777777" w:rsidR="00D26727" w:rsidRDefault="00000000">
      <w:r>
        <w:t xml:space="preserve">Sposób zapewnienia dojazdu i dostępu jednostkom ochrony przeciwpożarowej: </w:t>
      </w:r>
      <w:r>
        <w:rPr>
          <w:b/>
          <w:shd w:val="clear" w:color="auto" w:fill="FFF2CC"/>
        </w:rPr>
        <w:t>[OPIS]</w:t>
      </w:r>
    </w:p>
    <w:p w14:paraId="423F6B21" w14:textId="77777777" w:rsidR="00D26727" w:rsidRDefault="00000000">
      <w:r>
        <w:t xml:space="preserve">Osoba wyznaczona do spotkania i naprowadzenia służb ratowniczych: </w:t>
      </w:r>
      <w:r>
        <w:rPr>
          <w:b/>
          <w:shd w:val="clear" w:color="auto" w:fill="FFF2CC"/>
        </w:rPr>
        <w:t>[WSKAŻ]</w:t>
      </w:r>
    </w:p>
    <w:p w14:paraId="15FDA43D" w14:textId="77777777" w:rsidR="00D26727" w:rsidRDefault="00000000">
      <w:pPr>
        <w:pStyle w:val="Nagwek2"/>
      </w:pPr>
      <w:r>
        <w:t>Schemat działania</w:t>
      </w:r>
    </w:p>
    <w:p w14:paraId="3E926412" w14:textId="77777777" w:rsidR="00D26727" w:rsidRDefault="00000000">
      <w:r>
        <w:t>1. Osoba, która zauważyła zagrożenie, niezwłocznie przekazuje informację zgodnie z przyjętym systemem alarmowania.</w:t>
      </w:r>
    </w:p>
    <w:p w14:paraId="1115CAF4" w14:textId="77777777" w:rsidR="00D26727" w:rsidRDefault="00000000">
      <w:r>
        <w:t>2. Wyznaczona osoba zawiadamia numer alarmowy 112 / właściwe służby i przekazuje: miejsce zdarzenia, rodzaj zagrożenia, informacje o osobach poszkodowanych oraz dane kontaktowe.</w:t>
      </w:r>
    </w:p>
    <w:p w14:paraId="0C179FE7" w14:textId="77777777" w:rsidR="00D26727" w:rsidRDefault="00000000">
      <w:r>
        <w:t>3. Kierownik ds. bezpieczeństwa ocenia sytuację w zakresie swoich kompetencji i uruchamia właściwe procedury, w tym ostrzeganie lub ewakuację.</w:t>
      </w:r>
    </w:p>
    <w:p w14:paraId="015E094F" w14:textId="77777777" w:rsidR="00D26727" w:rsidRDefault="00000000">
      <w:r>
        <w:t>4. Wyznaczone służby podejmują możliwe i bezpieczne działania ograniczające skutki zagrożenia do czasu przybycia służb ratowniczych.</w:t>
      </w:r>
    </w:p>
    <w:p w14:paraId="0F97CB82" w14:textId="77777777" w:rsidR="00D26727" w:rsidRDefault="00000000">
      <w:r>
        <w:t>5. Po przybyciu służb ratowniczych organizator i służby imprezy współpracują z kierującym działaniem ratowniczym i wykonują jego polecenia.</w:t>
      </w:r>
    </w:p>
    <w:p w14:paraId="4D66E95B" w14:textId="77777777" w:rsidR="00D26727" w:rsidRDefault="00000000">
      <w:pPr>
        <w:pStyle w:val="Instrukcja"/>
      </w:pPr>
      <w:r>
        <w:t>Nie wpisuj do instrukcji działań, do których personel nie ma przeszkolenia lub wyposażenia. Priorytetem jest alarmowanie, bezpieczeństwo ludzi i współpraca ze służbami.</w:t>
      </w:r>
    </w:p>
    <w:p w14:paraId="00133712" w14:textId="77777777" w:rsidR="00D26727" w:rsidRDefault="00000000">
      <w:pPr>
        <w:pStyle w:val="Nagwek1"/>
      </w:pPr>
      <w:r>
        <w:t>2. SYSTEM OSTRZEGANIA UCZESTNIKÓW</w:t>
      </w:r>
    </w:p>
    <w:p w14:paraId="7C3451A7" w14:textId="77777777" w:rsidR="00D26727" w:rsidRDefault="00000000">
      <w:r>
        <w:t xml:space="preserve">Sposób ostrzegania: </w:t>
      </w:r>
      <w:r>
        <w:rPr>
          <w:b/>
          <w:shd w:val="clear" w:color="auto" w:fill="FFF2CC"/>
        </w:rPr>
        <w:t>[NP. SYSTEM NAGŁOŚNIENIA / KOMUNIKATY GŁOSOWE / SYGNAŁ]</w:t>
      </w:r>
    </w:p>
    <w:p w14:paraId="7E2D62A2" w14:textId="77777777" w:rsidR="00D26727" w:rsidRDefault="00000000">
      <w:r>
        <w:t xml:space="preserve">Obszar objęty komunikatami / sygnałami: </w:t>
      </w:r>
      <w:r>
        <w:rPr>
          <w:b/>
          <w:shd w:val="clear" w:color="auto" w:fill="FFF2CC"/>
        </w:rPr>
        <w:t>[OPIS]</w:t>
      </w:r>
    </w:p>
    <w:p w14:paraId="2E2DEF24" w14:textId="77777777" w:rsidR="00D26727" w:rsidRDefault="00000000">
      <w:r>
        <w:t xml:space="preserve">Osoby upoważnione do nadawania komunikatów: </w:t>
      </w:r>
      <w:r>
        <w:rPr>
          <w:b/>
          <w:shd w:val="clear" w:color="auto" w:fill="FFF2CC"/>
        </w:rPr>
        <w:t>[FUNKCJE / OSOBY]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05"/>
        <w:gridCol w:w="3305"/>
        <w:gridCol w:w="3305"/>
      </w:tblGrid>
      <w:tr w:rsidR="00D26727" w14:paraId="238026B4" w14:textId="77777777">
        <w:tc>
          <w:tcPr>
            <w:tcW w:w="3305" w:type="dxa"/>
            <w:shd w:val="clear" w:color="auto" w:fill="D9EAF7"/>
          </w:tcPr>
          <w:p w14:paraId="333C0F85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Sytuacja</w:t>
            </w:r>
          </w:p>
        </w:tc>
        <w:tc>
          <w:tcPr>
            <w:tcW w:w="3305" w:type="dxa"/>
            <w:shd w:val="clear" w:color="auto" w:fill="D9EAF7"/>
          </w:tcPr>
          <w:p w14:paraId="222C3A2F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Treść komunikatu / rodzaj sygnału</w:t>
            </w:r>
          </w:p>
        </w:tc>
        <w:tc>
          <w:tcPr>
            <w:tcW w:w="3305" w:type="dxa"/>
            <w:shd w:val="clear" w:color="auto" w:fill="D9EAF7"/>
          </w:tcPr>
          <w:p w14:paraId="15C0E0E3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Obszar</w:t>
            </w:r>
          </w:p>
        </w:tc>
      </w:tr>
      <w:tr w:rsidR="00D26727" w14:paraId="4DEF8D25" w14:textId="77777777">
        <w:tc>
          <w:tcPr>
            <w:tcW w:w="3305" w:type="dxa"/>
            <w:shd w:val="clear" w:color="auto" w:fill="FFF2CC"/>
          </w:tcPr>
          <w:p w14:paraId="065990C0" w14:textId="77777777" w:rsidR="00D26727" w:rsidRDefault="00D26727">
            <w:pPr>
              <w:spacing w:after="0"/>
            </w:pPr>
          </w:p>
        </w:tc>
        <w:tc>
          <w:tcPr>
            <w:tcW w:w="3305" w:type="dxa"/>
            <w:shd w:val="clear" w:color="auto" w:fill="FFF2CC"/>
          </w:tcPr>
          <w:p w14:paraId="3512C28F" w14:textId="77777777" w:rsidR="00D26727" w:rsidRDefault="00D26727">
            <w:pPr>
              <w:spacing w:after="0"/>
            </w:pPr>
          </w:p>
        </w:tc>
        <w:tc>
          <w:tcPr>
            <w:tcW w:w="3305" w:type="dxa"/>
            <w:shd w:val="clear" w:color="auto" w:fill="FFF2CC"/>
          </w:tcPr>
          <w:p w14:paraId="2BBEB341" w14:textId="77777777" w:rsidR="00D26727" w:rsidRDefault="00D26727">
            <w:pPr>
              <w:spacing w:after="0"/>
            </w:pPr>
          </w:p>
        </w:tc>
      </w:tr>
      <w:tr w:rsidR="00D26727" w14:paraId="1718C0E8" w14:textId="77777777">
        <w:tc>
          <w:tcPr>
            <w:tcW w:w="3305" w:type="dxa"/>
            <w:shd w:val="clear" w:color="auto" w:fill="FFF2CC"/>
          </w:tcPr>
          <w:p w14:paraId="7A0697AF" w14:textId="77777777" w:rsidR="00D26727" w:rsidRDefault="00D26727">
            <w:pPr>
              <w:spacing w:after="0"/>
            </w:pPr>
          </w:p>
        </w:tc>
        <w:tc>
          <w:tcPr>
            <w:tcW w:w="3305" w:type="dxa"/>
            <w:shd w:val="clear" w:color="auto" w:fill="FFF2CC"/>
          </w:tcPr>
          <w:p w14:paraId="69F60D35" w14:textId="77777777" w:rsidR="00D26727" w:rsidRDefault="00D26727">
            <w:pPr>
              <w:spacing w:after="0"/>
            </w:pPr>
          </w:p>
        </w:tc>
        <w:tc>
          <w:tcPr>
            <w:tcW w:w="3305" w:type="dxa"/>
            <w:shd w:val="clear" w:color="auto" w:fill="FFF2CC"/>
          </w:tcPr>
          <w:p w14:paraId="1F65952E" w14:textId="77777777" w:rsidR="00D26727" w:rsidRDefault="00D26727">
            <w:pPr>
              <w:spacing w:after="0"/>
            </w:pPr>
          </w:p>
        </w:tc>
      </w:tr>
      <w:tr w:rsidR="00D26727" w14:paraId="56BC75E4" w14:textId="77777777">
        <w:tc>
          <w:tcPr>
            <w:tcW w:w="3305" w:type="dxa"/>
            <w:shd w:val="clear" w:color="auto" w:fill="FFF2CC"/>
          </w:tcPr>
          <w:p w14:paraId="2BAD4ACA" w14:textId="77777777" w:rsidR="00D26727" w:rsidRDefault="00D26727">
            <w:pPr>
              <w:spacing w:after="0"/>
            </w:pPr>
          </w:p>
        </w:tc>
        <w:tc>
          <w:tcPr>
            <w:tcW w:w="3305" w:type="dxa"/>
            <w:shd w:val="clear" w:color="auto" w:fill="FFF2CC"/>
          </w:tcPr>
          <w:p w14:paraId="321AFE4D" w14:textId="77777777" w:rsidR="00D26727" w:rsidRDefault="00D26727">
            <w:pPr>
              <w:spacing w:after="0"/>
            </w:pPr>
          </w:p>
        </w:tc>
        <w:tc>
          <w:tcPr>
            <w:tcW w:w="3305" w:type="dxa"/>
            <w:shd w:val="clear" w:color="auto" w:fill="FFF2CC"/>
          </w:tcPr>
          <w:p w14:paraId="509A9E6C" w14:textId="77777777" w:rsidR="00D26727" w:rsidRDefault="00D26727">
            <w:pPr>
              <w:spacing w:after="0"/>
            </w:pPr>
          </w:p>
        </w:tc>
      </w:tr>
      <w:tr w:rsidR="00D26727" w14:paraId="4FE830DD" w14:textId="77777777">
        <w:tc>
          <w:tcPr>
            <w:tcW w:w="3305" w:type="dxa"/>
            <w:shd w:val="clear" w:color="auto" w:fill="FFF2CC"/>
          </w:tcPr>
          <w:p w14:paraId="170391CF" w14:textId="77777777" w:rsidR="00D26727" w:rsidRDefault="00D26727">
            <w:pPr>
              <w:spacing w:after="0"/>
            </w:pPr>
          </w:p>
        </w:tc>
        <w:tc>
          <w:tcPr>
            <w:tcW w:w="3305" w:type="dxa"/>
            <w:shd w:val="clear" w:color="auto" w:fill="FFF2CC"/>
          </w:tcPr>
          <w:p w14:paraId="7EFD6DD7" w14:textId="77777777" w:rsidR="00D26727" w:rsidRDefault="00D26727">
            <w:pPr>
              <w:spacing w:after="0"/>
            </w:pPr>
          </w:p>
        </w:tc>
        <w:tc>
          <w:tcPr>
            <w:tcW w:w="3305" w:type="dxa"/>
            <w:shd w:val="clear" w:color="auto" w:fill="FFF2CC"/>
          </w:tcPr>
          <w:p w14:paraId="5B6BC16C" w14:textId="77777777" w:rsidR="00D26727" w:rsidRDefault="00D26727">
            <w:pPr>
              <w:spacing w:after="0"/>
            </w:pPr>
          </w:p>
        </w:tc>
      </w:tr>
    </w:tbl>
    <w:p w14:paraId="19A765F4" w14:textId="77777777" w:rsidR="00D26727" w:rsidRDefault="00000000">
      <w:pPr>
        <w:pStyle w:val="Instrukcja"/>
      </w:pPr>
      <w:r>
        <w:t>Treść komunikatów przygotuj wcześniej: powinna być krótka, jednoznaczna, spokojna i wskazywać uczestnikom konkretne działanie oraz kierunek przemieszczania się.</w:t>
      </w:r>
    </w:p>
    <w:p w14:paraId="45FF090C" w14:textId="77777777" w:rsidR="00D26727" w:rsidRDefault="00000000">
      <w:r>
        <w:br w:type="page"/>
      </w:r>
    </w:p>
    <w:p w14:paraId="640AEF2B" w14:textId="77777777" w:rsidR="00D26727" w:rsidRDefault="00000000">
      <w:pPr>
        <w:pStyle w:val="Nagwek1"/>
      </w:pPr>
      <w:r>
        <w:lastRenderedPageBreak/>
        <w:t>3. ORGANIZACJA I SPOSÓB PRZEPROWADZENIA EWAKUACJI</w:t>
      </w:r>
    </w:p>
    <w:p w14:paraId="12862E59" w14:textId="77777777" w:rsidR="00D26727" w:rsidRDefault="00000000">
      <w:r>
        <w:t xml:space="preserve">Osoba podejmująca / koordynująca działania ewakuacyjne zgodnie z przyjętą organizacją bezpieczeństwa: </w:t>
      </w:r>
      <w:r>
        <w:rPr>
          <w:b/>
          <w:shd w:val="clear" w:color="auto" w:fill="FFF2CC"/>
        </w:rPr>
        <w:t>[WSKAŻ]</w:t>
      </w:r>
    </w:p>
    <w:p w14:paraId="40ACCB1F" w14:textId="77777777" w:rsidR="00D26727" w:rsidRDefault="00000000">
      <w:r>
        <w:t xml:space="preserve">Osoby przewidziane do kierowania ewakuacją: </w:t>
      </w:r>
      <w:r>
        <w:rPr>
          <w:b/>
          <w:shd w:val="clear" w:color="auto" w:fill="FFF2CC"/>
        </w:rPr>
        <w:t>[WSKAŻ]</w:t>
      </w:r>
    </w:p>
    <w:p w14:paraId="3FF94658" w14:textId="77777777" w:rsidR="00D26727" w:rsidRDefault="00000000">
      <w:r>
        <w:t xml:space="preserve">Miejsca zbiórki do ewakuacji: </w:t>
      </w:r>
      <w:r>
        <w:rPr>
          <w:b/>
          <w:shd w:val="clear" w:color="auto" w:fill="FFF2CC"/>
        </w:rPr>
        <w:t>[LOKALIZACJE]</w:t>
      </w:r>
    </w:p>
    <w:p w14:paraId="590C6EE4" w14:textId="77777777" w:rsidR="00D26727" w:rsidRDefault="00000000">
      <w:r>
        <w:t xml:space="preserve">Drogi i wyjścia ewakuacyjne: </w:t>
      </w:r>
      <w:r>
        <w:rPr>
          <w:b/>
          <w:shd w:val="clear" w:color="auto" w:fill="FFF2CC"/>
        </w:rPr>
        <w:t>[OPIS / ODESŁANIE DO PLANU]</w:t>
      </w:r>
    </w:p>
    <w:p w14:paraId="4D070143" w14:textId="77777777" w:rsidR="00D26727" w:rsidRDefault="00000000">
      <w:r>
        <w:t xml:space="preserve">Sposób ewakuacji osób ze szczególnymi potrzebami: </w:t>
      </w:r>
      <w:r>
        <w:rPr>
          <w:b/>
          <w:shd w:val="clear" w:color="auto" w:fill="FFF2CC"/>
        </w:rPr>
        <w:t>[OPIS]</w:t>
      </w:r>
    </w:p>
    <w:p w14:paraId="20C8386A" w14:textId="77777777" w:rsidR="00D26727" w:rsidRDefault="00000000">
      <w:r>
        <w:t xml:space="preserve">Sposób sprawdzenia stref / sektorów po ewakuacji i przekazania informacji służbom: </w:t>
      </w:r>
      <w:r>
        <w:rPr>
          <w:b/>
          <w:shd w:val="clear" w:color="auto" w:fill="FFF2CC"/>
        </w:rPr>
        <w:t>[OPIS]</w:t>
      </w:r>
    </w:p>
    <w:p w14:paraId="3C290284" w14:textId="77777777" w:rsidR="00D26727" w:rsidRDefault="00000000">
      <w:pPr>
        <w:pStyle w:val="Nagwek2"/>
      </w:pPr>
      <w:r>
        <w:t>Zadania podczas ewakuacji</w:t>
      </w:r>
    </w:p>
    <w:p w14:paraId="0C524AC9" w14:textId="77777777" w:rsidR="00D26727" w:rsidRDefault="00000000">
      <w:r>
        <w:rPr>
          <w:b/>
          <w:shd w:val="clear" w:color="auto" w:fill="FFF2CC"/>
        </w:rPr>
        <w:t>• kierownik ds. bezpieczeństwa – [ZADANIA];</w:t>
      </w:r>
    </w:p>
    <w:p w14:paraId="4C0BC9C6" w14:textId="77777777" w:rsidR="00D26727" w:rsidRDefault="00000000">
      <w:r>
        <w:rPr>
          <w:b/>
          <w:shd w:val="clear" w:color="auto" w:fill="FFF2CC"/>
        </w:rPr>
        <w:t>• służba porządkowa – [ZADANIA, SEKTORY, KIEROWANIE RUCHEM];</w:t>
      </w:r>
    </w:p>
    <w:p w14:paraId="7B489914" w14:textId="77777777" w:rsidR="00D26727" w:rsidRDefault="00000000">
      <w:r>
        <w:rPr>
          <w:b/>
          <w:shd w:val="clear" w:color="auto" w:fill="FFF2CC"/>
        </w:rPr>
        <w:t>• służba informacyjna – [INFORMOWANIE, WSKAZYWANIE DRÓG I MIEJSC ZBIÓRKI];</w:t>
      </w:r>
    </w:p>
    <w:p w14:paraId="2B25808A" w14:textId="77777777" w:rsidR="00D26727" w:rsidRDefault="00000000">
      <w:r>
        <w:rPr>
          <w:b/>
          <w:shd w:val="clear" w:color="auto" w:fill="FFF2CC"/>
        </w:rPr>
        <w:t>• obsługa techniczna – [WYŁĄCZENIA / ZABEZPIECZENIA, JEŻELI PRZEWIDZIANE];</w:t>
      </w:r>
    </w:p>
    <w:p w14:paraId="58C0F3BD" w14:textId="77777777" w:rsidR="00D26727" w:rsidRDefault="00000000">
      <w:r>
        <w:rPr>
          <w:b/>
          <w:shd w:val="clear" w:color="auto" w:fill="FFF2CC"/>
        </w:rPr>
        <w:t>• inne osoby / podmioty – [ZADANIA].</w:t>
      </w:r>
    </w:p>
    <w:p w14:paraId="7D53900B" w14:textId="77777777" w:rsidR="00D26727" w:rsidRDefault="00000000">
      <w:pPr>
        <w:pStyle w:val="Nagwek1"/>
      </w:pPr>
      <w:r>
        <w:t>4. CZĘŚĆ OPISOWA INSTRUKCJI</w:t>
      </w:r>
    </w:p>
    <w:p w14:paraId="09C9F5E7" w14:textId="77777777" w:rsidR="00D26727" w:rsidRDefault="00000000">
      <w:pPr>
        <w:pStyle w:val="Nagwek2"/>
      </w:pPr>
      <w:r>
        <w:t>4.1. Dane podstawowe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8"/>
        <w:gridCol w:w="4958"/>
      </w:tblGrid>
      <w:tr w:rsidR="00D26727" w14:paraId="00950BAE" w14:textId="77777777">
        <w:tc>
          <w:tcPr>
            <w:tcW w:w="4958" w:type="dxa"/>
            <w:shd w:val="clear" w:color="auto" w:fill="D9EAF7"/>
          </w:tcPr>
          <w:p w14:paraId="23EB54CB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Nazwa imprezy</w:t>
            </w:r>
          </w:p>
        </w:tc>
        <w:tc>
          <w:tcPr>
            <w:tcW w:w="4958" w:type="dxa"/>
            <w:shd w:val="clear" w:color="auto" w:fill="FFF2CC"/>
          </w:tcPr>
          <w:p w14:paraId="1620BA3A" w14:textId="77777777" w:rsidR="00D26727" w:rsidRDefault="00000000">
            <w:pPr>
              <w:spacing w:after="0"/>
            </w:pPr>
            <w:r>
              <w:rPr>
                <w:sz w:val="17"/>
              </w:rPr>
              <w:t>[NAZWA]</w:t>
            </w:r>
          </w:p>
        </w:tc>
      </w:tr>
      <w:tr w:rsidR="00D26727" w14:paraId="2127D121" w14:textId="77777777">
        <w:tc>
          <w:tcPr>
            <w:tcW w:w="4958" w:type="dxa"/>
            <w:shd w:val="clear" w:color="auto" w:fill="D9EAF7"/>
          </w:tcPr>
          <w:p w14:paraId="70EDC60F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Czas rozpoczęcia i zakończenia / terminarz</w:t>
            </w:r>
          </w:p>
        </w:tc>
        <w:tc>
          <w:tcPr>
            <w:tcW w:w="4958" w:type="dxa"/>
            <w:shd w:val="clear" w:color="auto" w:fill="FFF2CC"/>
          </w:tcPr>
          <w:p w14:paraId="6CD421F6" w14:textId="77777777" w:rsidR="00D26727" w:rsidRDefault="00000000">
            <w:pPr>
              <w:spacing w:after="0"/>
            </w:pPr>
            <w:r>
              <w:rPr>
                <w:sz w:val="17"/>
              </w:rPr>
              <w:t>[DATA, GODZINY / ZAŁĄCZNIK]</w:t>
            </w:r>
          </w:p>
        </w:tc>
      </w:tr>
      <w:tr w:rsidR="00D26727" w14:paraId="6BC380CB" w14:textId="77777777">
        <w:tc>
          <w:tcPr>
            <w:tcW w:w="4958" w:type="dxa"/>
            <w:shd w:val="clear" w:color="auto" w:fill="D9EAF7"/>
          </w:tcPr>
          <w:p w14:paraId="0F8EB516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Organizator</w:t>
            </w:r>
          </w:p>
        </w:tc>
        <w:tc>
          <w:tcPr>
            <w:tcW w:w="4958" w:type="dxa"/>
            <w:shd w:val="clear" w:color="auto" w:fill="FFF2CC"/>
          </w:tcPr>
          <w:p w14:paraId="70C5B527" w14:textId="77777777" w:rsidR="00D26727" w:rsidRDefault="00000000">
            <w:pPr>
              <w:spacing w:after="0"/>
            </w:pPr>
            <w:r>
              <w:rPr>
                <w:sz w:val="17"/>
              </w:rPr>
              <w:t>[NAZWA, ADRES, TELEFONY]</w:t>
            </w:r>
          </w:p>
        </w:tc>
      </w:tr>
      <w:tr w:rsidR="00D26727" w14:paraId="52A0F9B5" w14:textId="77777777">
        <w:tc>
          <w:tcPr>
            <w:tcW w:w="4958" w:type="dxa"/>
            <w:shd w:val="clear" w:color="auto" w:fill="D9EAF7"/>
          </w:tcPr>
          <w:p w14:paraId="4630CDAD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Obiekt / teren</w:t>
            </w:r>
          </w:p>
        </w:tc>
        <w:tc>
          <w:tcPr>
            <w:tcW w:w="4958" w:type="dxa"/>
            <w:shd w:val="clear" w:color="auto" w:fill="FFF2CC"/>
          </w:tcPr>
          <w:p w14:paraId="594F4F45" w14:textId="77777777" w:rsidR="00D26727" w:rsidRDefault="00000000">
            <w:pPr>
              <w:spacing w:after="0"/>
            </w:pPr>
            <w:r>
              <w:rPr>
                <w:sz w:val="17"/>
              </w:rPr>
              <w:t>[NAZWA I ADRES]</w:t>
            </w:r>
          </w:p>
        </w:tc>
      </w:tr>
      <w:tr w:rsidR="00D26727" w14:paraId="1D561A24" w14:textId="77777777">
        <w:tc>
          <w:tcPr>
            <w:tcW w:w="4958" w:type="dxa"/>
            <w:shd w:val="clear" w:color="auto" w:fill="D9EAF7"/>
          </w:tcPr>
          <w:p w14:paraId="04988753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Właściciel / zarządca</w:t>
            </w:r>
          </w:p>
        </w:tc>
        <w:tc>
          <w:tcPr>
            <w:tcW w:w="4958" w:type="dxa"/>
            <w:shd w:val="clear" w:color="auto" w:fill="FFF2CC"/>
          </w:tcPr>
          <w:p w14:paraId="6A8C2436" w14:textId="77777777" w:rsidR="00D26727" w:rsidRDefault="00000000">
            <w:pPr>
              <w:spacing w:after="0"/>
            </w:pPr>
            <w:r>
              <w:rPr>
                <w:sz w:val="17"/>
              </w:rPr>
              <w:t>[DANE I TELEFONY]</w:t>
            </w:r>
          </w:p>
        </w:tc>
      </w:tr>
      <w:tr w:rsidR="00D26727" w14:paraId="26D436DA" w14:textId="77777777">
        <w:tc>
          <w:tcPr>
            <w:tcW w:w="4958" w:type="dxa"/>
            <w:shd w:val="clear" w:color="auto" w:fill="D9EAF7"/>
          </w:tcPr>
          <w:p w14:paraId="0B35877C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Podmiot użyczający obiekt / teren</w:t>
            </w:r>
          </w:p>
        </w:tc>
        <w:tc>
          <w:tcPr>
            <w:tcW w:w="4958" w:type="dxa"/>
            <w:shd w:val="clear" w:color="auto" w:fill="FFF2CC"/>
          </w:tcPr>
          <w:p w14:paraId="1F9B6090" w14:textId="77777777" w:rsidR="00D26727" w:rsidRDefault="00000000">
            <w:pPr>
              <w:spacing w:after="0"/>
            </w:pPr>
            <w:r>
              <w:rPr>
                <w:sz w:val="17"/>
              </w:rPr>
              <w:t>[DANE / NIE DOTYCZY]</w:t>
            </w:r>
          </w:p>
        </w:tc>
      </w:tr>
      <w:tr w:rsidR="00D26727" w14:paraId="31D0CB4D" w14:textId="77777777">
        <w:tc>
          <w:tcPr>
            <w:tcW w:w="4958" w:type="dxa"/>
            <w:shd w:val="clear" w:color="auto" w:fill="D9EAF7"/>
          </w:tcPr>
          <w:p w14:paraId="36490810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Kierownik ds. bezpieczeństwa</w:t>
            </w:r>
          </w:p>
        </w:tc>
        <w:tc>
          <w:tcPr>
            <w:tcW w:w="4958" w:type="dxa"/>
            <w:shd w:val="clear" w:color="auto" w:fill="FFF2CC"/>
          </w:tcPr>
          <w:p w14:paraId="2AC71080" w14:textId="77777777" w:rsidR="00D26727" w:rsidRDefault="00000000">
            <w:pPr>
              <w:spacing w:after="0"/>
            </w:pPr>
            <w:r>
              <w:rPr>
                <w:sz w:val="17"/>
              </w:rPr>
              <w:t>[DANE KONTAKTOWE]</w:t>
            </w:r>
          </w:p>
        </w:tc>
      </w:tr>
      <w:tr w:rsidR="00D26727" w14:paraId="1E1BEA05" w14:textId="77777777">
        <w:tc>
          <w:tcPr>
            <w:tcW w:w="4958" w:type="dxa"/>
            <w:shd w:val="clear" w:color="auto" w:fill="D9EAF7"/>
          </w:tcPr>
          <w:p w14:paraId="321429C8" w14:textId="77777777" w:rsidR="00D26727" w:rsidRDefault="00000000">
            <w:pPr>
              <w:spacing w:after="0"/>
            </w:pPr>
            <w:r>
              <w:rPr>
                <w:b/>
                <w:sz w:val="17"/>
              </w:rPr>
              <w:t>Osoba odpowiedzialna za ochronę ppoż. podczas imprezy</w:t>
            </w:r>
          </w:p>
        </w:tc>
        <w:tc>
          <w:tcPr>
            <w:tcW w:w="4958" w:type="dxa"/>
            <w:shd w:val="clear" w:color="auto" w:fill="FFF2CC"/>
          </w:tcPr>
          <w:p w14:paraId="4A93AB35" w14:textId="77777777" w:rsidR="00D26727" w:rsidRDefault="00000000">
            <w:pPr>
              <w:spacing w:after="0"/>
            </w:pPr>
            <w:r>
              <w:rPr>
                <w:sz w:val="17"/>
              </w:rPr>
              <w:t>[DANE / JEŻELI POWOŁANA]</w:t>
            </w:r>
          </w:p>
        </w:tc>
      </w:tr>
    </w:tbl>
    <w:p w14:paraId="2FED8C85" w14:textId="77777777" w:rsidR="00D26727" w:rsidRDefault="00000000">
      <w:pPr>
        <w:pStyle w:val="Nagwek2"/>
      </w:pPr>
      <w:r>
        <w:t>4.2. Charakterystyka ogólna imprezy</w:t>
      </w:r>
    </w:p>
    <w:p w14:paraId="4734A7D4" w14:textId="77777777" w:rsidR="00D26727" w:rsidRDefault="00000000">
      <w:r>
        <w:t xml:space="preserve">Warunki organizacyjno-techniczne imprezy: </w:t>
      </w:r>
      <w:r>
        <w:rPr>
          <w:b/>
          <w:shd w:val="clear" w:color="auto" w:fill="FFF2CC"/>
        </w:rPr>
        <w:t>[OPIS / ODESŁANIE DO ZAŁĄCZNIKA]</w:t>
      </w:r>
    </w:p>
    <w:p w14:paraId="4A173DDE" w14:textId="77777777" w:rsidR="00D26727" w:rsidRDefault="00000000">
      <w:r>
        <w:t xml:space="preserve">Program imprezy: </w:t>
      </w:r>
      <w:r>
        <w:rPr>
          <w:b/>
          <w:shd w:val="clear" w:color="auto" w:fill="FFF2CC"/>
        </w:rPr>
        <w:t>[OPIS / ODESŁANIE DO ZAŁĄCZNIKA]</w:t>
      </w:r>
    </w:p>
    <w:p w14:paraId="78AD3CEB" w14:textId="77777777" w:rsidR="00D26727" w:rsidRDefault="00000000">
      <w:r>
        <w:t xml:space="preserve">Maksymalna liczba uczestników i miejsca ich przebywania: </w:t>
      </w:r>
      <w:r>
        <w:rPr>
          <w:b/>
          <w:shd w:val="clear" w:color="auto" w:fill="FFF2CC"/>
        </w:rPr>
        <w:t>[OPIS / ODESŁANIE DO ZAŁĄCZNIKA]</w:t>
      </w:r>
    </w:p>
    <w:p w14:paraId="29070A52" w14:textId="77777777" w:rsidR="00D26727" w:rsidRDefault="00000000">
      <w:r>
        <w:t xml:space="preserve">Niezbędne siły i środki do zabezpieczenia w razie pożaru lub innego zagrożenia: </w:t>
      </w:r>
      <w:r>
        <w:rPr>
          <w:b/>
          <w:shd w:val="clear" w:color="auto" w:fill="FFF2CC"/>
        </w:rPr>
        <w:t>[OPIS / ODESŁANIE DO ZAŁĄCZNIKA]</w:t>
      </w:r>
    </w:p>
    <w:p w14:paraId="0E23A483" w14:textId="77777777" w:rsidR="00D26727" w:rsidRDefault="00000000">
      <w:r>
        <w:t xml:space="preserve">Sposób rozmieszczenia służb i osób funkcyjnych: </w:t>
      </w:r>
      <w:r>
        <w:rPr>
          <w:b/>
          <w:shd w:val="clear" w:color="auto" w:fill="FFF2CC"/>
        </w:rPr>
        <w:t>[OPIS / ODESŁANIE DO ZAŁĄCZNIKA]</w:t>
      </w:r>
    </w:p>
    <w:p w14:paraId="086AFC53" w14:textId="77777777" w:rsidR="00D26727" w:rsidRDefault="00000000">
      <w:r>
        <w:br w:type="page"/>
      </w:r>
    </w:p>
    <w:p w14:paraId="0B5EC19D" w14:textId="77777777" w:rsidR="00D26727" w:rsidRDefault="00000000">
      <w:pPr>
        <w:pStyle w:val="Nagwek2"/>
      </w:pPr>
      <w:r>
        <w:lastRenderedPageBreak/>
        <w:t>4.3. Charakterystyka pożarowa obiektu / terenu i przewidywane zagrożenia</w:t>
      </w:r>
    </w:p>
    <w:p w14:paraId="4D36661F" w14:textId="77777777" w:rsidR="00D26727" w:rsidRDefault="00000000">
      <w:r>
        <w:t xml:space="preserve">Powierzchnia, wysokość, liczba kondygnacji: </w:t>
      </w:r>
      <w:r>
        <w:rPr>
          <w:b/>
          <w:shd w:val="clear" w:color="auto" w:fill="FFF2CC"/>
        </w:rPr>
        <w:t>[DANE / NIE DOTYCZY]</w:t>
      </w:r>
    </w:p>
    <w:p w14:paraId="3AF8950B" w14:textId="77777777" w:rsidR="00D26727" w:rsidRDefault="00000000">
      <w:r>
        <w:t xml:space="preserve">Przeznaczenie i sposób użytkowania obiektu / terenu: </w:t>
      </w:r>
      <w:r>
        <w:rPr>
          <w:b/>
          <w:shd w:val="clear" w:color="auto" w:fill="FFF2CC"/>
        </w:rPr>
        <w:t>[OPIS]</w:t>
      </w:r>
    </w:p>
    <w:p w14:paraId="6D7AA268" w14:textId="77777777" w:rsidR="00D26727" w:rsidRDefault="00000000">
      <w:r>
        <w:t xml:space="preserve">Podział na strefy pożarowe: </w:t>
      </w:r>
      <w:r>
        <w:rPr>
          <w:b/>
          <w:shd w:val="clear" w:color="auto" w:fill="FFF2CC"/>
        </w:rPr>
        <w:t>[OPIS / NIE DOTYCZY]</w:t>
      </w:r>
    </w:p>
    <w:p w14:paraId="14B560B3" w14:textId="77777777" w:rsidR="00D26727" w:rsidRDefault="00000000">
      <w:r>
        <w:t xml:space="preserve">Materiały niebezpieczne pożarowo: </w:t>
      </w:r>
      <w:r>
        <w:rPr>
          <w:b/>
          <w:shd w:val="clear" w:color="auto" w:fill="FFF2CC"/>
        </w:rPr>
        <w:t>[RODZAJ, ILOŚĆ, LOKALIZACJA / BRAK]</w:t>
      </w:r>
    </w:p>
    <w:p w14:paraId="0D4B82AE" w14:textId="77777777" w:rsidR="00D26727" w:rsidRDefault="00000000">
      <w:r>
        <w:t xml:space="preserve">Urządzenia przeciwpożarowe: </w:t>
      </w:r>
      <w:r>
        <w:rPr>
          <w:b/>
          <w:shd w:val="clear" w:color="auto" w:fill="FFF2CC"/>
        </w:rPr>
        <w:t>[RODZAJ I LOKALIZACJA]</w:t>
      </w:r>
    </w:p>
    <w:p w14:paraId="24E103E9" w14:textId="77777777" w:rsidR="00D26727" w:rsidRDefault="00000000">
      <w:r>
        <w:t xml:space="preserve">Zaopatrzenie w wodę do zewnętrznego gaszenia pożaru: </w:t>
      </w:r>
      <w:r>
        <w:rPr>
          <w:b/>
          <w:shd w:val="clear" w:color="auto" w:fill="FFF2CC"/>
        </w:rPr>
        <w:t>[HYDRANTY / PUNKTY CZERPANIA WODY]</w:t>
      </w:r>
    </w:p>
    <w:p w14:paraId="675FCC0C" w14:textId="77777777" w:rsidR="00D26727" w:rsidRDefault="00000000">
      <w:r>
        <w:t xml:space="preserve">Rodzaj i liczba gaśnic / sprzętu ratowniczego: </w:t>
      </w:r>
      <w:r>
        <w:rPr>
          <w:b/>
          <w:shd w:val="clear" w:color="auto" w:fill="FFF2CC"/>
        </w:rPr>
        <w:t>[DANE]</w:t>
      </w:r>
    </w:p>
    <w:p w14:paraId="6123D05C" w14:textId="77777777" w:rsidR="00D26727" w:rsidRDefault="00000000">
      <w:r>
        <w:t xml:space="preserve">Drogi dojazdowe i drogi pożarowe: </w:t>
      </w:r>
      <w:r>
        <w:rPr>
          <w:b/>
          <w:shd w:val="clear" w:color="auto" w:fill="FFF2CC"/>
        </w:rPr>
        <w:t>[OPIS]</w:t>
      </w:r>
    </w:p>
    <w:p w14:paraId="35FD37C2" w14:textId="77777777" w:rsidR="00D26727" w:rsidRDefault="00000000">
      <w:r>
        <w:t xml:space="preserve">Przewidywane zagrożenia pożarowe: </w:t>
      </w:r>
      <w:r>
        <w:rPr>
          <w:b/>
          <w:shd w:val="clear" w:color="auto" w:fill="FFF2CC"/>
        </w:rPr>
        <w:t>[OPIS]</w:t>
      </w:r>
    </w:p>
    <w:p w14:paraId="4E50DB40" w14:textId="77777777" w:rsidR="00D26727" w:rsidRDefault="00000000">
      <w:r>
        <w:t xml:space="preserve">Inne miejscowe zagrożenia: </w:t>
      </w:r>
      <w:r>
        <w:rPr>
          <w:b/>
          <w:shd w:val="clear" w:color="auto" w:fill="FFF2CC"/>
        </w:rPr>
        <w:t>[NP. SILNY WIATR, AWARIA KONSTRUKCJI, PANIKA, AWARIA ENERGII – WYŁĄCZNIE ADEKWATNE]</w:t>
      </w:r>
    </w:p>
    <w:p w14:paraId="0EF814EC" w14:textId="77777777" w:rsidR="00D26727" w:rsidRDefault="00000000">
      <w:pPr>
        <w:pStyle w:val="Nagwek1"/>
      </w:pPr>
      <w:r>
        <w:t>5. GRAFICZNY PLAN OBIEKTU / TERENU</w:t>
      </w:r>
    </w:p>
    <w:p w14:paraId="5E476013" w14:textId="77777777" w:rsidR="00D26727" w:rsidRDefault="00000000">
      <w:r>
        <w:t xml:space="preserve">Integralną częścią instrukcji jest plan graficzny stanowiący załącznik nr </w:t>
      </w:r>
      <w:r>
        <w:rPr>
          <w:b/>
          <w:shd w:val="clear" w:color="auto" w:fill="FFF2CC"/>
        </w:rPr>
        <w:t>[NR]</w:t>
      </w:r>
      <w:r>
        <w:t>, sporządzony w czytelnej skali i zawierający oznaczenia wymagane dla konkretnego obiektu / terenu.</w:t>
      </w:r>
    </w:p>
    <w:p w14:paraId="733D9789" w14:textId="77777777" w:rsidR="00D26727" w:rsidRDefault="00000000">
      <w:r>
        <w:t>Na planie należy oznaczyć w szczególności – odpowiednio do miejsca imprezy:</w:t>
      </w:r>
    </w:p>
    <w:p w14:paraId="1CEB4C6C" w14:textId="77777777" w:rsidR="00D26727" w:rsidRDefault="00000000">
      <w:r>
        <w:t>☐ drogi dojścia i rozchodzenia się uczestników oraz drogi i wyjścia ewakuacyjne;</w:t>
      </w:r>
    </w:p>
    <w:p w14:paraId="09DF8336" w14:textId="77777777" w:rsidR="00D26727" w:rsidRDefault="00000000">
      <w:r>
        <w:t>☐ drogi dojazdowe dla pojazdów służb ratowniczych, w tym drogi pożarowe;</w:t>
      </w:r>
    </w:p>
    <w:p w14:paraId="5EB95607" w14:textId="77777777" w:rsidR="00D26727" w:rsidRDefault="00000000">
      <w:r>
        <w:t>☐ miejsca zbiórki do ewakuacji;</w:t>
      </w:r>
    </w:p>
    <w:p w14:paraId="07263937" w14:textId="77777777" w:rsidR="00D26727" w:rsidRDefault="00000000">
      <w:r>
        <w:t>☐ punkty pomocy medycznej;</w:t>
      </w:r>
    </w:p>
    <w:p w14:paraId="606DB152" w14:textId="77777777" w:rsidR="00D26727" w:rsidRDefault="00000000">
      <w:r>
        <w:t>☐ hydranty, punkty czerpalne wody oraz istotne przyłącza / zawory instalacji;</w:t>
      </w:r>
    </w:p>
    <w:p w14:paraId="6B38756C" w14:textId="77777777" w:rsidR="00D26727" w:rsidRDefault="00000000">
      <w:r>
        <w:t>☐ lokalizację sprzętu gaśniczego i urządzeń przeciwpożarowych;</w:t>
      </w:r>
    </w:p>
    <w:p w14:paraId="6FFD99E1" w14:textId="77777777" w:rsidR="00D26727" w:rsidRDefault="00000000">
      <w:r>
        <w:t>☐ sektory / miejsca przebywania uczestników oraz rozmieszczenie służb;</w:t>
      </w:r>
    </w:p>
    <w:p w14:paraId="6F05516F" w14:textId="77777777" w:rsidR="00D26727" w:rsidRDefault="00000000">
      <w:r>
        <w:t>☐ scenę, obiekty tymczasowe, gastronomię i inne elementy mogące wpływać na bezpieczeństwo;</w:t>
      </w:r>
    </w:p>
    <w:p w14:paraId="3A12038A" w14:textId="77777777" w:rsidR="00D26727" w:rsidRDefault="00000000">
      <w:r>
        <w:t>☐ inne elementy wymagane rozporządzeniem i przez właściwą komendę PSP.</w:t>
      </w:r>
    </w:p>
    <w:p w14:paraId="601E947B" w14:textId="77777777" w:rsidR="00D26727" w:rsidRDefault="00000000">
      <w:pPr>
        <w:pStyle w:val="Instrukcja"/>
      </w:pPr>
      <w:r>
        <w:t>Plan nie powinien być schematem „uniwersalnym”. Musi odpowiadać rzeczywistemu układowi obiektu/terenu i być spójny z częścią opisową instrukcji.</w:t>
      </w:r>
    </w:p>
    <w:p w14:paraId="10331A3D" w14:textId="77777777" w:rsidR="00D26727" w:rsidRDefault="00000000">
      <w:pPr>
        <w:pStyle w:val="Nagwek1"/>
      </w:pPr>
      <w:r>
        <w:t>6. ZAPOZNANIE SŁUŻB Z INSTRUKCJĄ I AKTUALIZACJA</w:t>
      </w:r>
    </w:p>
    <w:p w14:paraId="13824AB0" w14:textId="77777777" w:rsidR="00D26727" w:rsidRDefault="00000000">
      <w:r>
        <w:t xml:space="preserve">Sposób zapoznania służb i osób funkcyjnych z instrukcją: </w:t>
      </w:r>
      <w:r>
        <w:rPr>
          <w:b/>
          <w:shd w:val="clear" w:color="auto" w:fill="FFF2CC"/>
        </w:rPr>
        <w:t>[ODPRAWA / SZKOLENIE / POTWIERDZENIE]</w:t>
      </w:r>
    </w:p>
    <w:p w14:paraId="08780214" w14:textId="77777777" w:rsidR="00D26727" w:rsidRDefault="00000000">
      <w:r>
        <w:t xml:space="preserve">Termin odprawy / szkolenia: </w:t>
      </w:r>
      <w:r>
        <w:rPr>
          <w:b/>
          <w:shd w:val="clear" w:color="auto" w:fill="FFF2CC"/>
        </w:rPr>
        <w:t>[DATA, GODZINA]</w:t>
      </w:r>
    </w:p>
    <w:p w14:paraId="7EF47F52" w14:textId="77777777" w:rsidR="00D26727" w:rsidRDefault="00000000">
      <w:r>
        <w:t xml:space="preserve">Osoba prowadząca: </w:t>
      </w:r>
      <w:r>
        <w:rPr>
          <w:b/>
          <w:shd w:val="clear" w:color="auto" w:fill="FFF2CC"/>
        </w:rPr>
        <w:t>[IMIĘ I NAZWISKO / FUNKCJA]</w:t>
      </w:r>
    </w:p>
    <w:p w14:paraId="04C566A0" w14:textId="77777777" w:rsidR="00D26727" w:rsidRDefault="00000000">
      <w:r>
        <w:t xml:space="preserve">Miejsce przechowywania egzemplarza instrukcji podczas imprezy: </w:t>
      </w:r>
      <w:r>
        <w:rPr>
          <w:b/>
          <w:shd w:val="clear" w:color="auto" w:fill="FFF2CC"/>
        </w:rPr>
        <w:t>[WSKAŻ]</w:t>
      </w:r>
    </w:p>
    <w:p w14:paraId="23FEC917" w14:textId="77777777" w:rsidR="00D26727" w:rsidRDefault="00000000">
      <w:r>
        <w:t xml:space="preserve">Osoba odpowiedzialna za aktualizację dokumentu przed imprezą: </w:t>
      </w:r>
      <w:r>
        <w:rPr>
          <w:b/>
          <w:shd w:val="clear" w:color="auto" w:fill="FFF2CC"/>
        </w:rPr>
        <w:t>[WSKAŻ]</w:t>
      </w:r>
    </w:p>
    <w:p w14:paraId="00753D58" w14:textId="77777777" w:rsidR="00D26727" w:rsidRDefault="00000000">
      <w:pPr>
        <w:pStyle w:val="Nagwek1"/>
      </w:pPr>
      <w:r>
        <w:t>ZAŁĄCZNIKI</w:t>
      </w:r>
    </w:p>
    <w:p w14:paraId="2CBEFF1C" w14:textId="77777777" w:rsidR="00D26727" w:rsidRDefault="00000000">
      <w:pPr>
        <w:spacing w:after="40"/>
      </w:pPr>
      <w:r>
        <w:t>1. Graficzny plan obiektu / terenu.</w:t>
      </w:r>
    </w:p>
    <w:p w14:paraId="364D9A1C" w14:textId="77777777" w:rsidR="00D26727" w:rsidRDefault="00000000">
      <w:pPr>
        <w:spacing w:after="40"/>
      </w:pPr>
      <w:r>
        <w:t>2. Program imprezy / terminarz.</w:t>
      </w:r>
    </w:p>
    <w:p w14:paraId="5A1DE758" w14:textId="77777777" w:rsidR="00D26727" w:rsidRDefault="00000000">
      <w:pPr>
        <w:spacing w:after="40"/>
      </w:pPr>
      <w:r>
        <w:t>3. Wykaz osób funkcyjnych i dane kontaktowe.</w:t>
      </w:r>
    </w:p>
    <w:p w14:paraId="484101EC" w14:textId="77777777" w:rsidR="00D26727" w:rsidRDefault="00000000">
      <w:pPr>
        <w:spacing w:after="40"/>
      </w:pPr>
      <w:r>
        <w:t>4. Rozmieszczenie służb porządkowych i informacyjnych.</w:t>
      </w:r>
    </w:p>
    <w:p w14:paraId="00F3843E" w14:textId="77777777" w:rsidR="00D26727" w:rsidRDefault="00000000">
      <w:pPr>
        <w:spacing w:after="40"/>
      </w:pPr>
      <w:r>
        <w:t>5. Przygotowane komunikaty alarmowe / ewakuacyjne.</w:t>
      </w:r>
    </w:p>
    <w:p w14:paraId="1924F945" w14:textId="77777777" w:rsidR="00D26727" w:rsidRDefault="00000000">
      <w:pPr>
        <w:spacing w:after="40"/>
      </w:pPr>
      <w:r>
        <w:t>6. [INNE DOKUMENTY WYNIKAJĄCE Z CHARAKTERU IMPREZY].</w:t>
      </w:r>
    </w:p>
    <w:sectPr w:rsidR="00D26727" w:rsidSect="002F1020">
      <w:headerReference w:type="default" r:id="rId8"/>
      <w:footerReference w:type="default" r:id="rId9"/>
      <w:pgSz w:w="12240" w:h="15840"/>
      <w:pgMar w:top="907" w:right="1162" w:bottom="907" w:left="1162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A86AD" w14:textId="77777777" w:rsidR="003A45EA" w:rsidRDefault="003A45EA">
      <w:pPr>
        <w:spacing w:after="0" w:line="240" w:lineRule="auto"/>
      </w:pPr>
      <w:r>
        <w:separator/>
      </w:r>
    </w:p>
  </w:endnote>
  <w:endnote w:type="continuationSeparator" w:id="0">
    <w:p w14:paraId="5A47C03B" w14:textId="77777777" w:rsidR="003A45EA" w:rsidRDefault="003A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13A15" w14:textId="77777777" w:rsidR="00D26727" w:rsidRDefault="00000000">
    <w:pPr>
      <w:pStyle w:val="Stopka"/>
      <w:jc w:val="center"/>
    </w:pPr>
    <w:proofErr w:type="spellStart"/>
    <w:r>
      <w:rPr>
        <w:color w:val="6E6E6E"/>
        <w:sz w:val="15"/>
      </w:rPr>
      <w:t>Instrukcja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postępowania</w:t>
    </w:r>
    <w:proofErr w:type="spellEnd"/>
    <w:r>
      <w:rPr>
        <w:color w:val="6E6E6E"/>
        <w:sz w:val="15"/>
      </w:rPr>
      <w:t xml:space="preserve"> – </w:t>
    </w:r>
    <w:proofErr w:type="spellStart"/>
    <w:r>
      <w:rPr>
        <w:color w:val="6E6E6E"/>
        <w:sz w:val="15"/>
      </w:rPr>
      <w:t>pożar</w:t>
    </w:r>
    <w:proofErr w:type="spellEnd"/>
    <w:r>
      <w:rPr>
        <w:color w:val="6E6E6E"/>
        <w:sz w:val="15"/>
      </w:rPr>
      <w:t xml:space="preserve"> / </w:t>
    </w:r>
    <w:proofErr w:type="spellStart"/>
    <w:r>
      <w:rPr>
        <w:color w:val="6E6E6E"/>
        <w:sz w:val="15"/>
      </w:rPr>
      <w:t>inne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miejscowe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zagrożenie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podczas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imprezy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masowej</w:t>
    </w:r>
    <w:proofErr w:type="spellEnd"/>
    <w:r>
      <w:rPr>
        <w:color w:val="6E6E6E"/>
        <w:sz w:val="15"/>
      </w:rPr>
      <w:t xml:space="preserve"> | </w:t>
    </w:r>
    <w:proofErr w:type="spellStart"/>
    <w:r>
      <w:rPr>
        <w:color w:val="6E6E6E"/>
        <w:sz w:val="15"/>
      </w:rPr>
      <w:t>wzór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455C1" w14:textId="77777777" w:rsidR="003A45EA" w:rsidRDefault="003A45EA">
      <w:pPr>
        <w:spacing w:after="0" w:line="240" w:lineRule="auto"/>
      </w:pPr>
      <w:r>
        <w:separator/>
      </w:r>
    </w:p>
  </w:footnote>
  <w:footnote w:type="continuationSeparator" w:id="0">
    <w:p w14:paraId="0872DCFE" w14:textId="77777777" w:rsidR="003A45EA" w:rsidRDefault="003A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122C8" w14:textId="11DB62C4" w:rsidR="002F1020" w:rsidRDefault="002F1020">
    <w:pPr>
      <w:pStyle w:val="Nagwek"/>
    </w:pPr>
    <w:r>
      <w:rPr>
        <w:noProof/>
      </w:rPr>
      <w:drawing>
        <wp:inline distT="0" distB="0" distL="0" distR="0" wp14:anchorId="09A17F7E" wp14:editId="2C74A49A">
          <wp:extent cx="6188075" cy="506095"/>
          <wp:effectExtent l="0" t="0" r="3175" b="8255"/>
          <wp:docPr id="16046986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07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0214082">
    <w:abstractNumId w:val="8"/>
  </w:num>
  <w:num w:numId="2" w16cid:durableId="8794460">
    <w:abstractNumId w:val="6"/>
  </w:num>
  <w:num w:numId="3" w16cid:durableId="506091584">
    <w:abstractNumId w:val="5"/>
  </w:num>
  <w:num w:numId="4" w16cid:durableId="1093824072">
    <w:abstractNumId w:val="4"/>
  </w:num>
  <w:num w:numId="5" w16cid:durableId="1686201310">
    <w:abstractNumId w:val="7"/>
  </w:num>
  <w:num w:numId="6" w16cid:durableId="1100372851">
    <w:abstractNumId w:val="3"/>
  </w:num>
  <w:num w:numId="7" w16cid:durableId="549075067">
    <w:abstractNumId w:val="2"/>
  </w:num>
  <w:num w:numId="8" w16cid:durableId="234977812">
    <w:abstractNumId w:val="1"/>
  </w:num>
  <w:num w:numId="9" w16cid:durableId="144976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1020"/>
    <w:rsid w:val="00326F90"/>
    <w:rsid w:val="003A45EA"/>
    <w:rsid w:val="00501F83"/>
    <w:rsid w:val="00AA1D8D"/>
    <w:rsid w:val="00B47730"/>
    <w:rsid w:val="00CB0664"/>
    <w:rsid w:val="00D267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F25059"/>
  <w14:defaultImageDpi w14:val="300"/>
  <w15:docId w15:val="{A2BDC341-D0F1-4DA6-9642-C930D229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70" w:line="245" w:lineRule="auto"/>
    </w:pPr>
    <w:rPr>
      <w:rFonts w:ascii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1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">
    <w:name w:val="Instrukcja"/>
    <w:rPr>
      <w:rFonts w:ascii="Aptos" w:hAnsi="Aptos"/>
      <w:i/>
      <w:color w:val="5A5A5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1047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Glo</cp:lastModifiedBy>
  <cp:revision>2</cp:revision>
  <dcterms:created xsi:type="dcterms:W3CDTF">2013-12-23T23:15:00Z</dcterms:created>
  <dcterms:modified xsi:type="dcterms:W3CDTF">2026-09-07T10:29:00Z</dcterms:modified>
  <cp:category/>
</cp:coreProperties>
</file>